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773C67" w14:textId="3DD24E56" w:rsidR="00A96F0C" w:rsidRPr="00736BEF" w:rsidRDefault="00000000" w:rsidP="00644EDA">
      <w:pPr>
        <w:keepNext/>
        <w:rPr>
          <w:sz w:val="26"/>
          <w:szCs w:val="26"/>
        </w:rPr>
      </w:pPr>
      <w:r w:rsidRPr="00736BEF">
        <w:rPr>
          <w:b/>
          <w:sz w:val="26"/>
          <w:szCs w:val="26"/>
        </w:rPr>
        <w:t>Điểm trúng tuyển đại học chính quy năm 2026</w:t>
      </w:r>
      <w:r w:rsidR="00736BEF" w:rsidRPr="00400019">
        <w:rPr>
          <w:noProof/>
        </w:rPr>
        <mc:AlternateContent>
          <mc:Choice Requires="wps">
            <w:drawing>
              <wp:anchor distT="0" distB="0" distL="114300" distR="114300" simplePos="0" relativeHeight="251662336" behindDoc="0" locked="0" layoutInCell="1" allowOverlap="1" wp14:anchorId="65A24EBD" wp14:editId="17735302">
                <wp:simplePos x="0" y="0"/>
                <wp:positionH relativeFrom="column">
                  <wp:posOffset>2133600</wp:posOffset>
                </wp:positionH>
                <wp:positionV relativeFrom="paragraph">
                  <wp:posOffset>260350</wp:posOffset>
                </wp:positionV>
                <wp:extent cx="192405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4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FA4D06" id="Straight Connector 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8pt,20.5pt" to="31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"/>
            </w:pict>
          </mc:Fallback>
        </mc:AlternateContent>
      </w:r>
      <w:r w:rsidR="00644EDA">
        <w:rPr>
          <w:sz w:val="26"/>
          <w:szCs w:val="26"/>
        </w:rPr>
        <w:t xml:space="preserve"> </w:t>
      </w:r>
      <w:r w:rsidR="00736BEF" w:rsidRPr="00736BEF">
        <w:rPr>
          <w:b/>
          <w:sz w:val="26"/>
          <w:szCs w:val="26"/>
        </w:rPr>
        <w:t>Trường Đại học Đại Nam</w:t>
      </w:r>
      <w:r w:rsidR="00644EDA">
        <w:rPr>
          <w:b/>
          <w:sz w:val="26"/>
          <w:szCs w:val="26"/>
        </w:rPr>
        <w:t xml:space="preserve">: </w:t>
      </w:r>
    </w:p>
    <w:p w14:paraId="6196D89F" w14:textId="695F2020" w:rsidR="00A96F0C" w:rsidRPr="00736BEF" w:rsidRDefault="00A96F0C" w:rsidP="00644EDA">
      <w:pPr>
        <w:spacing w:after="120" w:line="360" w:lineRule="auto"/>
        <w:jc w:val="both"/>
        <w:rPr>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2938"/>
        <w:gridCol w:w="1205"/>
        <w:gridCol w:w="1399"/>
        <w:gridCol w:w="1042"/>
        <w:gridCol w:w="1670"/>
        <w:gridCol w:w="822"/>
      </w:tblGrid>
      <w:tr w:rsidR="00A96F0C" w:rsidRPr="00736BEF" w14:paraId="2791B8E2" w14:textId="77777777" w:rsidTr="00736BEF">
        <w:trPr>
          <w:tblHeader/>
          <w:jc w:val="center"/>
        </w:trPr>
        <w:tc>
          <w:tcPr>
            <w:tcW w:w="0" w:type="auto"/>
            <w:shd w:val="clear" w:color="auto" w:fill="FFFFFF" w:themeFill="background1"/>
            <w:tcMar>
              <w:top w:w="65" w:type="dxa"/>
              <w:left w:w="55" w:type="dxa"/>
              <w:bottom w:w="65" w:type="dxa"/>
              <w:right w:w="55" w:type="dxa"/>
            </w:tcMar>
            <w:vAlign w:val="center"/>
          </w:tcPr>
          <w:p w14:paraId="730144D8" w14:textId="77777777" w:rsidR="00A96F0C" w:rsidRPr="00736BEF" w:rsidRDefault="00000000" w:rsidP="00736BEF">
            <w:pPr>
              <w:spacing w:line="240" w:lineRule="auto"/>
              <w:jc w:val="center"/>
              <w:rPr>
                <w:sz w:val="26"/>
                <w:szCs w:val="26"/>
              </w:rPr>
            </w:pPr>
            <w:r w:rsidRPr="00736BEF">
              <w:rPr>
                <w:b/>
                <w:sz w:val="26"/>
                <w:szCs w:val="26"/>
              </w:rPr>
              <w:t>STT</w:t>
            </w:r>
          </w:p>
        </w:tc>
        <w:tc>
          <w:tcPr>
            <w:tcW w:w="0" w:type="auto"/>
            <w:shd w:val="clear" w:color="auto" w:fill="FFFFFF" w:themeFill="background1"/>
            <w:tcMar>
              <w:top w:w="65" w:type="dxa"/>
              <w:left w:w="55" w:type="dxa"/>
              <w:bottom w:w="65" w:type="dxa"/>
              <w:right w:w="55" w:type="dxa"/>
            </w:tcMar>
            <w:vAlign w:val="center"/>
          </w:tcPr>
          <w:p w14:paraId="12BB00B1" w14:textId="77777777" w:rsidR="00A96F0C" w:rsidRPr="00736BEF" w:rsidRDefault="00000000" w:rsidP="00736BEF">
            <w:pPr>
              <w:spacing w:line="240" w:lineRule="auto"/>
              <w:jc w:val="center"/>
              <w:rPr>
                <w:sz w:val="26"/>
                <w:szCs w:val="26"/>
              </w:rPr>
            </w:pPr>
            <w:r w:rsidRPr="00736BEF">
              <w:rPr>
                <w:b/>
                <w:sz w:val="26"/>
                <w:szCs w:val="26"/>
              </w:rPr>
              <w:t>Tên ngành</w:t>
            </w:r>
          </w:p>
        </w:tc>
        <w:tc>
          <w:tcPr>
            <w:tcW w:w="0" w:type="auto"/>
            <w:shd w:val="clear" w:color="auto" w:fill="FFFFFF" w:themeFill="background1"/>
            <w:tcMar>
              <w:top w:w="65" w:type="dxa"/>
              <w:left w:w="55" w:type="dxa"/>
              <w:bottom w:w="65" w:type="dxa"/>
              <w:right w:w="55" w:type="dxa"/>
            </w:tcMar>
            <w:vAlign w:val="center"/>
          </w:tcPr>
          <w:p w14:paraId="2B164145" w14:textId="77777777" w:rsidR="00A96F0C" w:rsidRPr="00736BEF" w:rsidRDefault="00000000" w:rsidP="00736BEF">
            <w:pPr>
              <w:spacing w:line="240" w:lineRule="auto"/>
              <w:jc w:val="center"/>
              <w:rPr>
                <w:sz w:val="26"/>
                <w:szCs w:val="26"/>
              </w:rPr>
            </w:pPr>
            <w:r w:rsidRPr="00736BEF">
              <w:rPr>
                <w:b/>
                <w:sz w:val="26"/>
                <w:szCs w:val="26"/>
              </w:rPr>
              <w:t>Mã ngành</w:t>
            </w:r>
          </w:p>
        </w:tc>
        <w:tc>
          <w:tcPr>
            <w:tcW w:w="0" w:type="auto"/>
            <w:shd w:val="clear" w:color="auto" w:fill="FFFFFF" w:themeFill="background1"/>
            <w:tcMar>
              <w:top w:w="65" w:type="dxa"/>
              <w:left w:w="55" w:type="dxa"/>
              <w:bottom w:w="65" w:type="dxa"/>
              <w:right w:w="55" w:type="dxa"/>
            </w:tcMar>
            <w:vAlign w:val="center"/>
          </w:tcPr>
          <w:p w14:paraId="0FD2CC09" w14:textId="77777777" w:rsidR="00A96F0C" w:rsidRPr="00736BEF" w:rsidRDefault="00000000" w:rsidP="00736BEF">
            <w:pPr>
              <w:spacing w:line="240" w:lineRule="auto"/>
              <w:jc w:val="center"/>
              <w:rPr>
                <w:sz w:val="26"/>
                <w:szCs w:val="26"/>
              </w:rPr>
            </w:pPr>
            <w:r w:rsidRPr="00736BEF">
              <w:rPr>
                <w:b/>
                <w:sz w:val="26"/>
                <w:szCs w:val="26"/>
              </w:rPr>
              <w:t>Xét điểm thi</w:t>
            </w:r>
            <w:r w:rsidRPr="00736BEF">
              <w:rPr>
                <w:b/>
                <w:sz w:val="26"/>
                <w:szCs w:val="26"/>
              </w:rPr>
              <w:br/>
              <w:t>tốt nghiệp THPT</w:t>
            </w:r>
          </w:p>
        </w:tc>
        <w:tc>
          <w:tcPr>
            <w:tcW w:w="0" w:type="auto"/>
            <w:shd w:val="clear" w:color="auto" w:fill="FFFFFF" w:themeFill="background1"/>
            <w:tcMar>
              <w:top w:w="65" w:type="dxa"/>
              <w:left w:w="55" w:type="dxa"/>
              <w:bottom w:w="65" w:type="dxa"/>
              <w:right w:w="55" w:type="dxa"/>
            </w:tcMar>
            <w:vAlign w:val="center"/>
          </w:tcPr>
          <w:p w14:paraId="24EA3230" w14:textId="77777777" w:rsidR="00A96F0C" w:rsidRPr="00736BEF" w:rsidRDefault="00000000" w:rsidP="00736BEF">
            <w:pPr>
              <w:spacing w:line="240" w:lineRule="auto"/>
              <w:jc w:val="center"/>
              <w:rPr>
                <w:sz w:val="26"/>
                <w:szCs w:val="26"/>
              </w:rPr>
            </w:pPr>
            <w:r w:rsidRPr="00736BEF">
              <w:rPr>
                <w:b/>
                <w:sz w:val="26"/>
                <w:szCs w:val="26"/>
              </w:rPr>
              <w:t>Xét học bạ</w:t>
            </w:r>
            <w:r w:rsidRPr="00736BEF">
              <w:rPr>
                <w:b/>
                <w:sz w:val="26"/>
                <w:szCs w:val="26"/>
              </w:rPr>
              <w:br/>
              <w:t>THPT</w:t>
            </w:r>
          </w:p>
        </w:tc>
        <w:tc>
          <w:tcPr>
            <w:tcW w:w="0" w:type="auto"/>
            <w:shd w:val="clear" w:color="auto" w:fill="FFFFFF" w:themeFill="background1"/>
            <w:tcMar>
              <w:top w:w="65" w:type="dxa"/>
              <w:left w:w="55" w:type="dxa"/>
              <w:bottom w:w="65" w:type="dxa"/>
              <w:right w:w="55" w:type="dxa"/>
            </w:tcMar>
            <w:vAlign w:val="center"/>
          </w:tcPr>
          <w:p w14:paraId="479428C3" w14:textId="77777777" w:rsidR="00A96F0C" w:rsidRPr="00736BEF" w:rsidRDefault="00000000" w:rsidP="00736BEF">
            <w:pPr>
              <w:spacing w:line="240" w:lineRule="auto"/>
              <w:jc w:val="center"/>
              <w:rPr>
                <w:sz w:val="26"/>
                <w:szCs w:val="26"/>
              </w:rPr>
            </w:pPr>
            <w:r w:rsidRPr="00736BEF">
              <w:rPr>
                <w:b/>
                <w:sz w:val="26"/>
                <w:szCs w:val="26"/>
              </w:rPr>
              <w:t>Xét điểm thi ĐGNL</w:t>
            </w:r>
            <w:r w:rsidRPr="00736BEF">
              <w:rPr>
                <w:b/>
                <w:sz w:val="26"/>
                <w:szCs w:val="26"/>
              </w:rPr>
              <w:br/>
              <w:t>ĐHQG Hà Nội (HSA)</w:t>
            </w:r>
          </w:p>
        </w:tc>
        <w:tc>
          <w:tcPr>
            <w:tcW w:w="0" w:type="auto"/>
            <w:shd w:val="clear" w:color="auto" w:fill="FFFFFF" w:themeFill="background1"/>
            <w:tcMar>
              <w:top w:w="65" w:type="dxa"/>
              <w:left w:w="55" w:type="dxa"/>
              <w:bottom w:w="65" w:type="dxa"/>
              <w:right w:w="55" w:type="dxa"/>
            </w:tcMar>
            <w:vAlign w:val="center"/>
          </w:tcPr>
          <w:p w14:paraId="19ECAC11" w14:textId="77777777" w:rsidR="00A96F0C" w:rsidRPr="00736BEF" w:rsidRDefault="00000000" w:rsidP="00736BEF">
            <w:pPr>
              <w:spacing w:line="240" w:lineRule="auto"/>
              <w:jc w:val="center"/>
              <w:rPr>
                <w:sz w:val="26"/>
                <w:szCs w:val="26"/>
              </w:rPr>
            </w:pPr>
            <w:r w:rsidRPr="00736BEF">
              <w:rPr>
                <w:b/>
                <w:sz w:val="26"/>
                <w:szCs w:val="26"/>
              </w:rPr>
              <w:t>Ghi chú</w:t>
            </w:r>
          </w:p>
        </w:tc>
      </w:tr>
      <w:tr w:rsidR="00A96F0C" w:rsidRPr="00736BEF" w14:paraId="3E4125CD" w14:textId="77777777" w:rsidTr="00736BEF">
        <w:trPr>
          <w:jc w:val="center"/>
        </w:trPr>
        <w:tc>
          <w:tcPr>
            <w:tcW w:w="0" w:type="auto"/>
            <w:tcMar>
              <w:top w:w="42" w:type="dxa"/>
              <w:left w:w="50" w:type="dxa"/>
              <w:bottom w:w="42" w:type="dxa"/>
              <w:right w:w="50" w:type="dxa"/>
            </w:tcMar>
            <w:vAlign w:val="center"/>
          </w:tcPr>
          <w:p w14:paraId="1C6E6C21" w14:textId="77777777" w:rsidR="00A96F0C" w:rsidRPr="00736BEF" w:rsidRDefault="00000000" w:rsidP="00736BEF">
            <w:pPr>
              <w:spacing w:line="312" w:lineRule="auto"/>
              <w:jc w:val="center"/>
              <w:rPr>
                <w:sz w:val="26"/>
                <w:szCs w:val="26"/>
              </w:rPr>
            </w:pPr>
            <w:r w:rsidRPr="00736BEF">
              <w:rPr>
                <w:sz w:val="26"/>
                <w:szCs w:val="26"/>
              </w:rPr>
              <w:t>1</w:t>
            </w:r>
          </w:p>
        </w:tc>
        <w:tc>
          <w:tcPr>
            <w:tcW w:w="0" w:type="auto"/>
            <w:tcMar>
              <w:top w:w="42" w:type="dxa"/>
              <w:left w:w="50" w:type="dxa"/>
              <w:bottom w:w="42" w:type="dxa"/>
              <w:right w:w="50" w:type="dxa"/>
            </w:tcMar>
            <w:vAlign w:val="center"/>
          </w:tcPr>
          <w:p w14:paraId="5336E00A" w14:textId="77777777" w:rsidR="00A96F0C" w:rsidRPr="00736BEF" w:rsidRDefault="00000000" w:rsidP="00736BEF">
            <w:pPr>
              <w:spacing w:line="312" w:lineRule="auto"/>
              <w:rPr>
                <w:sz w:val="26"/>
                <w:szCs w:val="26"/>
              </w:rPr>
            </w:pPr>
            <w:r w:rsidRPr="00736BEF">
              <w:rPr>
                <w:sz w:val="26"/>
                <w:szCs w:val="26"/>
              </w:rPr>
              <w:t>Y khoa</w:t>
            </w:r>
          </w:p>
        </w:tc>
        <w:tc>
          <w:tcPr>
            <w:tcW w:w="0" w:type="auto"/>
            <w:tcMar>
              <w:top w:w="42" w:type="dxa"/>
              <w:left w:w="50" w:type="dxa"/>
              <w:bottom w:w="42" w:type="dxa"/>
              <w:right w:w="50" w:type="dxa"/>
            </w:tcMar>
            <w:vAlign w:val="center"/>
          </w:tcPr>
          <w:p w14:paraId="7B3DC65B" w14:textId="77777777" w:rsidR="00A96F0C" w:rsidRPr="00736BEF" w:rsidRDefault="00000000" w:rsidP="00736BEF">
            <w:pPr>
              <w:spacing w:line="312" w:lineRule="auto"/>
              <w:jc w:val="center"/>
              <w:rPr>
                <w:sz w:val="26"/>
                <w:szCs w:val="26"/>
              </w:rPr>
            </w:pPr>
            <w:r w:rsidRPr="00736BEF">
              <w:rPr>
                <w:sz w:val="26"/>
                <w:szCs w:val="26"/>
              </w:rPr>
              <w:t>7720101</w:t>
            </w:r>
          </w:p>
        </w:tc>
        <w:tc>
          <w:tcPr>
            <w:tcW w:w="0" w:type="auto"/>
            <w:tcMar>
              <w:top w:w="42" w:type="dxa"/>
              <w:left w:w="50" w:type="dxa"/>
              <w:bottom w:w="42" w:type="dxa"/>
              <w:right w:w="50" w:type="dxa"/>
            </w:tcMar>
            <w:vAlign w:val="center"/>
          </w:tcPr>
          <w:p w14:paraId="0BEF9263" w14:textId="0175ECC9" w:rsidR="00A96F0C" w:rsidRPr="00CE58DF" w:rsidRDefault="00000000" w:rsidP="00736BEF">
            <w:pPr>
              <w:spacing w:line="312" w:lineRule="auto"/>
              <w:jc w:val="center"/>
              <w:rPr>
                <w:color w:val="EE0000"/>
                <w:sz w:val="26"/>
                <w:szCs w:val="26"/>
              </w:rPr>
            </w:pPr>
            <w:r w:rsidRPr="00CE58DF">
              <w:rPr>
                <w:b/>
                <w:color w:val="EE0000"/>
                <w:sz w:val="26"/>
                <w:szCs w:val="26"/>
              </w:rPr>
              <w:t>22</w:t>
            </w:r>
          </w:p>
        </w:tc>
        <w:tc>
          <w:tcPr>
            <w:tcW w:w="0" w:type="auto"/>
            <w:tcMar>
              <w:top w:w="42" w:type="dxa"/>
              <w:left w:w="50" w:type="dxa"/>
              <w:bottom w:w="42" w:type="dxa"/>
              <w:right w:w="50" w:type="dxa"/>
            </w:tcMar>
            <w:vAlign w:val="center"/>
          </w:tcPr>
          <w:p w14:paraId="00CFA73A" w14:textId="77777777" w:rsidR="00A96F0C" w:rsidRPr="00736BEF" w:rsidRDefault="00000000" w:rsidP="00736BEF">
            <w:pPr>
              <w:spacing w:line="312" w:lineRule="auto"/>
              <w:jc w:val="center"/>
              <w:rPr>
                <w:sz w:val="26"/>
                <w:szCs w:val="26"/>
              </w:rPr>
            </w:pPr>
            <w:r w:rsidRPr="00736BEF">
              <w:rPr>
                <w:b/>
                <w:sz w:val="26"/>
                <w:szCs w:val="26"/>
              </w:rPr>
              <w:t>23</w:t>
            </w:r>
          </w:p>
        </w:tc>
        <w:tc>
          <w:tcPr>
            <w:tcW w:w="0" w:type="auto"/>
            <w:tcMar>
              <w:top w:w="42" w:type="dxa"/>
              <w:left w:w="50" w:type="dxa"/>
              <w:bottom w:w="42" w:type="dxa"/>
              <w:right w:w="50" w:type="dxa"/>
            </w:tcMar>
            <w:vAlign w:val="center"/>
          </w:tcPr>
          <w:p w14:paraId="394F0595" w14:textId="77777777" w:rsidR="00A96F0C" w:rsidRPr="00736BEF" w:rsidRDefault="00000000" w:rsidP="00736BEF">
            <w:pPr>
              <w:spacing w:line="312" w:lineRule="auto"/>
              <w:jc w:val="center"/>
              <w:rPr>
                <w:sz w:val="26"/>
                <w:szCs w:val="26"/>
              </w:rPr>
            </w:pPr>
            <w:r w:rsidRPr="00736BEF">
              <w:rPr>
                <w:b/>
                <w:sz w:val="26"/>
                <w:szCs w:val="26"/>
              </w:rPr>
              <w:t>80</w:t>
            </w:r>
          </w:p>
        </w:tc>
        <w:tc>
          <w:tcPr>
            <w:tcW w:w="0" w:type="auto"/>
            <w:tcMar>
              <w:top w:w="42" w:type="dxa"/>
              <w:left w:w="50" w:type="dxa"/>
              <w:bottom w:w="42" w:type="dxa"/>
              <w:right w:w="50" w:type="dxa"/>
            </w:tcMar>
            <w:vAlign w:val="center"/>
          </w:tcPr>
          <w:p w14:paraId="2795F0BC" w14:textId="77777777" w:rsidR="00A96F0C" w:rsidRPr="00736BEF" w:rsidRDefault="00000000" w:rsidP="00736BEF">
            <w:pPr>
              <w:spacing w:line="312" w:lineRule="auto"/>
              <w:jc w:val="center"/>
              <w:rPr>
                <w:sz w:val="26"/>
                <w:szCs w:val="26"/>
              </w:rPr>
            </w:pPr>
            <w:r w:rsidRPr="00736BEF">
              <w:rPr>
                <w:sz w:val="26"/>
                <w:szCs w:val="26"/>
              </w:rPr>
              <w:t>(*)</w:t>
            </w:r>
          </w:p>
        </w:tc>
      </w:tr>
      <w:tr w:rsidR="00A96F0C" w:rsidRPr="00736BEF" w14:paraId="6E16F8C9" w14:textId="77777777" w:rsidTr="00736BEF">
        <w:trPr>
          <w:jc w:val="center"/>
        </w:trPr>
        <w:tc>
          <w:tcPr>
            <w:tcW w:w="0" w:type="auto"/>
            <w:tcMar>
              <w:top w:w="42" w:type="dxa"/>
              <w:left w:w="50" w:type="dxa"/>
              <w:bottom w:w="42" w:type="dxa"/>
              <w:right w:w="50" w:type="dxa"/>
            </w:tcMar>
            <w:vAlign w:val="center"/>
          </w:tcPr>
          <w:p w14:paraId="64540A94" w14:textId="77777777" w:rsidR="00A96F0C" w:rsidRPr="00736BEF" w:rsidRDefault="00000000" w:rsidP="00736BEF">
            <w:pPr>
              <w:spacing w:line="312" w:lineRule="auto"/>
              <w:jc w:val="center"/>
              <w:rPr>
                <w:sz w:val="26"/>
                <w:szCs w:val="26"/>
              </w:rPr>
            </w:pPr>
            <w:r w:rsidRPr="00736BEF">
              <w:rPr>
                <w:sz w:val="26"/>
                <w:szCs w:val="26"/>
              </w:rPr>
              <w:t>2</w:t>
            </w:r>
          </w:p>
        </w:tc>
        <w:tc>
          <w:tcPr>
            <w:tcW w:w="0" w:type="auto"/>
            <w:tcMar>
              <w:top w:w="42" w:type="dxa"/>
              <w:left w:w="50" w:type="dxa"/>
              <w:bottom w:w="42" w:type="dxa"/>
              <w:right w:w="50" w:type="dxa"/>
            </w:tcMar>
            <w:vAlign w:val="center"/>
          </w:tcPr>
          <w:p w14:paraId="0726B932" w14:textId="77777777" w:rsidR="00A96F0C" w:rsidRPr="00736BEF" w:rsidRDefault="00000000" w:rsidP="00736BEF">
            <w:pPr>
              <w:spacing w:line="312" w:lineRule="auto"/>
              <w:rPr>
                <w:sz w:val="26"/>
                <w:szCs w:val="26"/>
              </w:rPr>
            </w:pPr>
            <w:r w:rsidRPr="00736BEF">
              <w:rPr>
                <w:sz w:val="26"/>
                <w:szCs w:val="26"/>
              </w:rPr>
              <w:t>Y khoa (Đào tạo bằng Tiếng Anh)</w:t>
            </w:r>
          </w:p>
        </w:tc>
        <w:tc>
          <w:tcPr>
            <w:tcW w:w="0" w:type="auto"/>
            <w:tcMar>
              <w:top w:w="42" w:type="dxa"/>
              <w:left w:w="50" w:type="dxa"/>
              <w:bottom w:w="42" w:type="dxa"/>
              <w:right w:w="50" w:type="dxa"/>
            </w:tcMar>
            <w:vAlign w:val="center"/>
          </w:tcPr>
          <w:p w14:paraId="739B5614" w14:textId="77777777" w:rsidR="00A96F0C" w:rsidRPr="00736BEF" w:rsidRDefault="00000000" w:rsidP="00736BEF">
            <w:pPr>
              <w:spacing w:line="312" w:lineRule="auto"/>
              <w:jc w:val="center"/>
              <w:rPr>
                <w:sz w:val="26"/>
                <w:szCs w:val="26"/>
              </w:rPr>
            </w:pPr>
            <w:r w:rsidRPr="00736BEF">
              <w:rPr>
                <w:sz w:val="26"/>
                <w:szCs w:val="26"/>
              </w:rPr>
              <w:t>7720101E</w:t>
            </w:r>
          </w:p>
        </w:tc>
        <w:tc>
          <w:tcPr>
            <w:tcW w:w="0" w:type="auto"/>
            <w:tcMar>
              <w:top w:w="42" w:type="dxa"/>
              <w:left w:w="50" w:type="dxa"/>
              <w:bottom w:w="42" w:type="dxa"/>
              <w:right w:w="50" w:type="dxa"/>
            </w:tcMar>
            <w:vAlign w:val="center"/>
          </w:tcPr>
          <w:p w14:paraId="29422FD5" w14:textId="1DC92E85" w:rsidR="00A96F0C" w:rsidRPr="00CE58DF" w:rsidRDefault="00000000" w:rsidP="00736BEF">
            <w:pPr>
              <w:spacing w:line="312" w:lineRule="auto"/>
              <w:jc w:val="center"/>
              <w:rPr>
                <w:color w:val="EE0000"/>
                <w:sz w:val="26"/>
                <w:szCs w:val="26"/>
              </w:rPr>
            </w:pPr>
            <w:r w:rsidRPr="00CE58DF">
              <w:rPr>
                <w:b/>
                <w:color w:val="EE0000"/>
                <w:sz w:val="26"/>
                <w:szCs w:val="26"/>
              </w:rPr>
              <w:t>22</w:t>
            </w:r>
          </w:p>
        </w:tc>
        <w:tc>
          <w:tcPr>
            <w:tcW w:w="0" w:type="auto"/>
            <w:tcMar>
              <w:top w:w="42" w:type="dxa"/>
              <w:left w:w="50" w:type="dxa"/>
              <w:bottom w:w="42" w:type="dxa"/>
              <w:right w:w="50" w:type="dxa"/>
            </w:tcMar>
            <w:vAlign w:val="center"/>
          </w:tcPr>
          <w:p w14:paraId="6B31CDE0" w14:textId="77777777" w:rsidR="00A96F0C" w:rsidRPr="00736BEF" w:rsidRDefault="00000000" w:rsidP="00736BEF">
            <w:pPr>
              <w:spacing w:line="312" w:lineRule="auto"/>
              <w:jc w:val="center"/>
              <w:rPr>
                <w:sz w:val="26"/>
                <w:szCs w:val="26"/>
              </w:rPr>
            </w:pPr>
            <w:r w:rsidRPr="00736BEF">
              <w:rPr>
                <w:b/>
                <w:sz w:val="26"/>
                <w:szCs w:val="26"/>
              </w:rPr>
              <w:t>23</w:t>
            </w:r>
          </w:p>
        </w:tc>
        <w:tc>
          <w:tcPr>
            <w:tcW w:w="0" w:type="auto"/>
            <w:tcMar>
              <w:top w:w="42" w:type="dxa"/>
              <w:left w:w="50" w:type="dxa"/>
              <w:bottom w:w="42" w:type="dxa"/>
              <w:right w:w="50" w:type="dxa"/>
            </w:tcMar>
            <w:vAlign w:val="center"/>
          </w:tcPr>
          <w:p w14:paraId="70B3FFDC" w14:textId="77777777" w:rsidR="00A96F0C" w:rsidRPr="00736BEF" w:rsidRDefault="00000000" w:rsidP="00736BEF">
            <w:pPr>
              <w:spacing w:line="312" w:lineRule="auto"/>
              <w:jc w:val="center"/>
              <w:rPr>
                <w:sz w:val="26"/>
                <w:szCs w:val="26"/>
              </w:rPr>
            </w:pPr>
            <w:r w:rsidRPr="00736BEF">
              <w:rPr>
                <w:b/>
                <w:sz w:val="26"/>
                <w:szCs w:val="26"/>
              </w:rPr>
              <w:t>80</w:t>
            </w:r>
          </w:p>
        </w:tc>
        <w:tc>
          <w:tcPr>
            <w:tcW w:w="0" w:type="auto"/>
            <w:tcMar>
              <w:top w:w="42" w:type="dxa"/>
              <w:left w:w="50" w:type="dxa"/>
              <w:bottom w:w="42" w:type="dxa"/>
              <w:right w:w="50" w:type="dxa"/>
            </w:tcMar>
            <w:vAlign w:val="center"/>
          </w:tcPr>
          <w:p w14:paraId="446B93EE" w14:textId="77777777" w:rsidR="00A96F0C" w:rsidRPr="00736BEF" w:rsidRDefault="00000000" w:rsidP="00736BEF">
            <w:pPr>
              <w:spacing w:line="312" w:lineRule="auto"/>
              <w:jc w:val="center"/>
              <w:rPr>
                <w:sz w:val="26"/>
                <w:szCs w:val="26"/>
              </w:rPr>
            </w:pPr>
            <w:r w:rsidRPr="00736BEF">
              <w:rPr>
                <w:sz w:val="26"/>
                <w:szCs w:val="26"/>
              </w:rPr>
              <w:t>(*)</w:t>
            </w:r>
          </w:p>
        </w:tc>
      </w:tr>
      <w:tr w:rsidR="00A96F0C" w:rsidRPr="00736BEF" w14:paraId="2C201220" w14:textId="77777777" w:rsidTr="00736BEF">
        <w:trPr>
          <w:jc w:val="center"/>
        </w:trPr>
        <w:tc>
          <w:tcPr>
            <w:tcW w:w="0" w:type="auto"/>
            <w:tcMar>
              <w:top w:w="42" w:type="dxa"/>
              <w:left w:w="50" w:type="dxa"/>
              <w:bottom w:w="42" w:type="dxa"/>
              <w:right w:w="50" w:type="dxa"/>
            </w:tcMar>
            <w:vAlign w:val="center"/>
          </w:tcPr>
          <w:p w14:paraId="0253235F" w14:textId="77777777" w:rsidR="00A96F0C" w:rsidRPr="00736BEF" w:rsidRDefault="00000000" w:rsidP="00736BEF">
            <w:pPr>
              <w:spacing w:line="312" w:lineRule="auto"/>
              <w:jc w:val="center"/>
              <w:rPr>
                <w:sz w:val="26"/>
                <w:szCs w:val="26"/>
              </w:rPr>
            </w:pPr>
            <w:r w:rsidRPr="00736BEF">
              <w:rPr>
                <w:sz w:val="26"/>
                <w:szCs w:val="26"/>
              </w:rPr>
              <w:t>3</w:t>
            </w:r>
          </w:p>
        </w:tc>
        <w:tc>
          <w:tcPr>
            <w:tcW w:w="0" w:type="auto"/>
            <w:tcMar>
              <w:top w:w="42" w:type="dxa"/>
              <w:left w:w="50" w:type="dxa"/>
              <w:bottom w:w="42" w:type="dxa"/>
              <w:right w:w="50" w:type="dxa"/>
            </w:tcMar>
            <w:vAlign w:val="center"/>
          </w:tcPr>
          <w:p w14:paraId="4A8099CD" w14:textId="77777777" w:rsidR="00A96F0C" w:rsidRPr="00736BEF" w:rsidRDefault="00000000" w:rsidP="00736BEF">
            <w:pPr>
              <w:spacing w:line="312" w:lineRule="auto"/>
              <w:rPr>
                <w:sz w:val="26"/>
                <w:szCs w:val="26"/>
              </w:rPr>
            </w:pPr>
            <w:r w:rsidRPr="00736BEF">
              <w:rPr>
                <w:sz w:val="26"/>
                <w:szCs w:val="26"/>
              </w:rPr>
              <w:t>Dược học</w:t>
            </w:r>
          </w:p>
        </w:tc>
        <w:tc>
          <w:tcPr>
            <w:tcW w:w="0" w:type="auto"/>
            <w:tcMar>
              <w:top w:w="42" w:type="dxa"/>
              <w:left w:w="50" w:type="dxa"/>
              <w:bottom w:w="42" w:type="dxa"/>
              <w:right w:w="50" w:type="dxa"/>
            </w:tcMar>
            <w:vAlign w:val="center"/>
          </w:tcPr>
          <w:p w14:paraId="42992059" w14:textId="77777777" w:rsidR="00A96F0C" w:rsidRPr="00736BEF" w:rsidRDefault="00000000" w:rsidP="00736BEF">
            <w:pPr>
              <w:spacing w:line="312" w:lineRule="auto"/>
              <w:jc w:val="center"/>
              <w:rPr>
                <w:sz w:val="26"/>
                <w:szCs w:val="26"/>
              </w:rPr>
            </w:pPr>
            <w:r w:rsidRPr="00736BEF">
              <w:rPr>
                <w:sz w:val="26"/>
                <w:szCs w:val="26"/>
              </w:rPr>
              <w:t>7720201</w:t>
            </w:r>
          </w:p>
        </w:tc>
        <w:tc>
          <w:tcPr>
            <w:tcW w:w="0" w:type="auto"/>
            <w:tcMar>
              <w:top w:w="42" w:type="dxa"/>
              <w:left w:w="50" w:type="dxa"/>
              <w:bottom w:w="42" w:type="dxa"/>
              <w:right w:w="50" w:type="dxa"/>
            </w:tcMar>
            <w:vAlign w:val="center"/>
          </w:tcPr>
          <w:p w14:paraId="077ABCC5" w14:textId="77777777" w:rsidR="00A96F0C" w:rsidRPr="00736BEF" w:rsidRDefault="00000000" w:rsidP="00736BEF">
            <w:pPr>
              <w:spacing w:line="312" w:lineRule="auto"/>
              <w:jc w:val="center"/>
              <w:rPr>
                <w:sz w:val="26"/>
                <w:szCs w:val="26"/>
              </w:rPr>
            </w:pPr>
            <w:r w:rsidRPr="00736BEF">
              <w:rPr>
                <w:b/>
                <w:sz w:val="26"/>
                <w:szCs w:val="26"/>
              </w:rPr>
              <w:t>20</w:t>
            </w:r>
          </w:p>
        </w:tc>
        <w:tc>
          <w:tcPr>
            <w:tcW w:w="0" w:type="auto"/>
            <w:tcMar>
              <w:top w:w="42" w:type="dxa"/>
              <w:left w:w="50" w:type="dxa"/>
              <w:bottom w:w="42" w:type="dxa"/>
              <w:right w:w="50" w:type="dxa"/>
            </w:tcMar>
            <w:vAlign w:val="center"/>
          </w:tcPr>
          <w:p w14:paraId="0AA87B28" w14:textId="77777777" w:rsidR="00A96F0C" w:rsidRPr="00736BEF" w:rsidRDefault="00000000" w:rsidP="00736BEF">
            <w:pPr>
              <w:spacing w:line="312" w:lineRule="auto"/>
              <w:jc w:val="center"/>
              <w:rPr>
                <w:sz w:val="26"/>
                <w:szCs w:val="26"/>
              </w:rPr>
            </w:pPr>
            <w:r w:rsidRPr="00736BEF">
              <w:rPr>
                <w:b/>
                <w:sz w:val="26"/>
                <w:szCs w:val="26"/>
              </w:rPr>
              <w:t>21</w:t>
            </w:r>
          </w:p>
        </w:tc>
        <w:tc>
          <w:tcPr>
            <w:tcW w:w="0" w:type="auto"/>
            <w:tcMar>
              <w:top w:w="42" w:type="dxa"/>
              <w:left w:w="50" w:type="dxa"/>
              <w:bottom w:w="42" w:type="dxa"/>
              <w:right w:w="50" w:type="dxa"/>
            </w:tcMar>
            <w:vAlign w:val="center"/>
          </w:tcPr>
          <w:p w14:paraId="7C8959BC" w14:textId="77777777" w:rsidR="00A96F0C" w:rsidRPr="00736BEF" w:rsidRDefault="00000000" w:rsidP="00736BEF">
            <w:pPr>
              <w:spacing w:line="312" w:lineRule="auto"/>
              <w:jc w:val="center"/>
              <w:rPr>
                <w:sz w:val="26"/>
                <w:szCs w:val="26"/>
              </w:rPr>
            </w:pPr>
            <w:r w:rsidRPr="00736BEF">
              <w:rPr>
                <w:b/>
                <w:sz w:val="26"/>
                <w:szCs w:val="26"/>
              </w:rPr>
              <w:t>80</w:t>
            </w:r>
          </w:p>
        </w:tc>
        <w:tc>
          <w:tcPr>
            <w:tcW w:w="0" w:type="auto"/>
            <w:tcMar>
              <w:top w:w="42" w:type="dxa"/>
              <w:left w:w="50" w:type="dxa"/>
              <w:bottom w:w="42" w:type="dxa"/>
              <w:right w:w="50" w:type="dxa"/>
            </w:tcMar>
            <w:vAlign w:val="center"/>
          </w:tcPr>
          <w:p w14:paraId="3C4487F2" w14:textId="77777777" w:rsidR="00A96F0C" w:rsidRPr="00736BEF" w:rsidRDefault="00000000" w:rsidP="00736BEF">
            <w:pPr>
              <w:spacing w:line="312" w:lineRule="auto"/>
              <w:jc w:val="center"/>
              <w:rPr>
                <w:sz w:val="26"/>
                <w:szCs w:val="26"/>
              </w:rPr>
            </w:pPr>
            <w:r w:rsidRPr="00736BEF">
              <w:rPr>
                <w:sz w:val="26"/>
                <w:szCs w:val="26"/>
              </w:rPr>
              <w:t>(*)</w:t>
            </w:r>
          </w:p>
        </w:tc>
      </w:tr>
      <w:tr w:rsidR="00A96F0C" w:rsidRPr="00736BEF" w14:paraId="1D2926DD" w14:textId="77777777" w:rsidTr="00736BEF">
        <w:trPr>
          <w:jc w:val="center"/>
        </w:trPr>
        <w:tc>
          <w:tcPr>
            <w:tcW w:w="0" w:type="auto"/>
            <w:tcMar>
              <w:top w:w="42" w:type="dxa"/>
              <w:left w:w="50" w:type="dxa"/>
              <w:bottom w:w="42" w:type="dxa"/>
              <w:right w:w="50" w:type="dxa"/>
            </w:tcMar>
            <w:vAlign w:val="center"/>
          </w:tcPr>
          <w:p w14:paraId="65642CD7" w14:textId="77777777" w:rsidR="00A96F0C" w:rsidRPr="00736BEF" w:rsidRDefault="00000000" w:rsidP="00736BEF">
            <w:pPr>
              <w:spacing w:line="312" w:lineRule="auto"/>
              <w:jc w:val="center"/>
              <w:rPr>
                <w:sz w:val="26"/>
                <w:szCs w:val="26"/>
              </w:rPr>
            </w:pPr>
            <w:r w:rsidRPr="00736BEF">
              <w:rPr>
                <w:sz w:val="26"/>
                <w:szCs w:val="26"/>
              </w:rPr>
              <w:t>4</w:t>
            </w:r>
          </w:p>
        </w:tc>
        <w:tc>
          <w:tcPr>
            <w:tcW w:w="0" w:type="auto"/>
            <w:tcMar>
              <w:top w:w="42" w:type="dxa"/>
              <w:left w:w="50" w:type="dxa"/>
              <w:bottom w:w="42" w:type="dxa"/>
              <w:right w:w="50" w:type="dxa"/>
            </w:tcMar>
            <w:vAlign w:val="center"/>
          </w:tcPr>
          <w:p w14:paraId="4F191E6E" w14:textId="77777777" w:rsidR="00A96F0C" w:rsidRPr="00736BEF" w:rsidRDefault="00000000" w:rsidP="00736BEF">
            <w:pPr>
              <w:spacing w:line="312" w:lineRule="auto"/>
              <w:rPr>
                <w:sz w:val="26"/>
                <w:szCs w:val="26"/>
              </w:rPr>
            </w:pPr>
            <w:r w:rsidRPr="00736BEF">
              <w:rPr>
                <w:sz w:val="26"/>
                <w:szCs w:val="26"/>
              </w:rPr>
              <w:t>Điều dưỡng</w:t>
            </w:r>
          </w:p>
        </w:tc>
        <w:tc>
          <w:tcPr>
            <w:tcW w:w="0" w:type="auto"/>
            <w:tcMar>
              <w:top w:w="42" w:type="dxa"/>
              <w:left w:w="50" w:type="dxa"/>
              <w:bottom w:w="42" w:type="dxa"/>
              <w:right w:w="50" w:type="dxa"/>
            </w:tcMar>
            <w:vAlign w:val="center"/>
          </w:tcPr>
          <w:p w14:paraId="11B13223" w14:textId="77777777" w:rsidR="00A96F0C" w:rsidRPr="00736BEF" w:rsidRDefault="00000000" w:rsidP="00736BEF">
            <w:pPr>
              <w:spacing w:line="312" w:lineRule="auto"/>
              <w:jc w:val="center"/>
              <w:rPr>
                <w:sz w:val="26"/>
                <w:szCs w:val="26"/>
              </w:rPr>
            </w:pPr>
            <w:r w:rsidRPr="00736BEF">
              <w:rPr>
                <w:sz w:val="26"/>
                <w:szCs w:val="26"/>
              </w:rPr>
              <w:t>7720301</w:t>
            </w:r>
          </w:p>
        </w:tc>
        <w:tc>
          <w:tcPr>
            <w:tcW w:w="0" w:type="auto"/>
            <w:tcMar>
              <w:top w:w="42" w:type="dxa"/>
              <w:left w:w="50" w:type="dxa"/>
              <w:bottom w:w="42" w:type="dxa"/>
              <w:right w:w="50" w:type="dxa"/>
            </w:tcMar>
            <w:vAlign w:val="center"/>
          </w:tcPr>
          <w:p w14:paraId="55DD29D4" w14:textId="77777777" w:rsidR="00A96F0C" w:rsidRPr="00736BEF" w:rsidRDefault="00000000" w:rsidP="00736BEF">
            <w:pPr>
              <w:spacing w:line="312" w:lineRule="auto"/>
              <w:jc w:val="center"/>
              <w:rPr>
                <w:sz w:val="26"/>
                <w:szCs w:val="26"/>
              </w:rPr>
            </w:pPr>
            <w:r w:rsidRPr="00736BEF">
              <w:rPr>
                <w:b/>
                <w:sz w:val="26"/>
                <w:szCs w:val="26"/>
              </w:rPr>
              <w:t>18</w:t>
            </w:r>
          </w:p>
        </w:tc>
        <w:tc>
          <w:tcPr>
            <w:tcW w:w="0" w:type="auto"/>
            <w:tcMar>
              <w:top w:w="42" w:type="dxa"/>
              <w:left w:w="50" w:type="dxa"/>
              <w:bottom w:w="42" w:type="dxa"/>
              <w:right w:w="50" w:type="dxa"/>
            </w:tcMar>
            <w:vAlign w:val="center"/>
          </w:tcPr>
          <w:p w14:paraId="209A7DF0" w14:textId="77777777" w:rsidR="00A96F0C" w:rsidRPr="00736BEF" w:rsidRDefault="00000000" w:rsidP="00736BEF">
            <w:pPr>
              <w:spacing w:line="312" w:lineRule="auto"/>
              <w:jc w:val="center"/>
              <w:rPr>
                <w:sz w:val="26"/>
                <w:szCs w:val="26"/>
              </w:rPr>
            </w:pPr>
            <w:r w:rsidRPr="00736BEF">
              <w:rPr>
                <w:b/>
                <w:sz w:val="26"/>
                <w:szCs w:val="26"/>
              </w:rPr>
              <w:t>19</w:t>
            </w:r>
          </w:p>
        </w:tc>
        <w:tc>
          <w:tcPr>
            <w:tcW w:w="0" w:type="auto"/>
            <w:tcMar>
              <w:top w:w="42" w:type="dxa"/>
              <w:left w:w="50" w:type="dxa"/>
              <w:bottom w:w="42" w:type="dxa"/>
              <w:right w:w="50" w:type="dxa"/>
            </w:tcMar>
            <w:vAlign w:val="center"/>
          </w:tcPr>
          <w:p w14:paraId="61DE2472" w14:textId="77777777" w:rsidR="00A96F0C" w:rsidRPr="00736BEF" w:rsidRDefault="00000000" w:rsidP="00736BEF">
            <w:pPr>
              <w:spacing w:line="312" w:lineRule="auto"/>
              <w:jc w:val="center"/>
              <w:rPr>
                <w:sz w:val="26"/>
                <w:szCs w:val="26"/>
              </w:rPr>
            </w:pPr>
            <w:r w:rsidRPr="00736BEF">
              <w:rPr>
                <w:b/>
                <w:sz w:val="26"/>
                <w:szCs w:val="26"/>
              </w:rPr>
              <w:t>80</w:t>
            </w:r>
          </w:p>
        </w:tc>
        <w:tc>
          <w:tcPr>
            <w:tcW w:w="0" w:type="auto"/>
            <w:tcMar>
              <w:top w:w="42" w:type="dxa"/>
              <w:left w:w="50" w:type="dxa"/>
              <w:bottom w:w="42" w:type="dxa"/>
              <w:right w:w="50" w:type="dxa"/>
            </w:tcMar>
            <w:vAlign w:val="center"/>
          </w:tcPr>
          <w:p w14:paraId="22291576" w14:textId="77777777" w:rsidR="00A96F0C" w:rsidRPr="00736BEF" w:rsidRDefault="00000000" w:rsidP="00736BEF">
            <w:pPr>
              <w:spacing w:line="312" w:lineRule="auto"/>
              <w:jc w:val="center"/>
              <w:rPr>
                <w:sz w:val="26"/>
                <w:szCs w:val="26"/>
              </w:rPr>
            </w:pPr>
            <w:r w:rsidRPr="00736BEF">
              <w:rPr>
                <w:sz w:val="26"/>
                <w:szCs w:val="26"/>
              </w:rPr>
              <w:t>(**)</w:t>
            </w:r>
          </w:p>
        </w:tc>
      </w:tr>
      <w:tr w:rsidR="00A96F0C" w:rsidRPr="00736BEF" w14:paraId="508DEB24" w14:textId="77777777" w:rsidTr="00736BEF">
        <w:trPr>
          <w:jc w:val="center"/>
        </w:trPr>
        <w:tc>
          <w:tcPr>
            <w:tcW w:w="0" w:type="auto"/>
            <w:tcMar>
              <w:top w:w="42" w:type="dxa"/>
              <w:left w:w="50" w:type="dxa"/>
              <w:bottom w:w="42" w:type="dxa"/>
              <w:right w:w="50" w:type="dxa"/>
            </w:tcMar>
            <w:vAlign w:val="center"/>
          </w:tcPr>
          <w:p w14:paraId="4EC49B57" w14:textId="77777777" w:rsidR="00A96F0C" w:rsidRPr="00736BEF" w:rsidRDefault="00000000" w:rsidP="00736BEF">
            <w:pPr>
              <w:spacing w:line="312" w:lineRule="auto"/>
              <w:jc w:val="center"/>
              <w:rPr>
                <w:sz w:val="26"/>
                <w:szCs w:val="26"/>
              </w:rPr>
            </w:pPr>
            <w:r w:rsidRPr="00736BEF">
              <w:rPr>
                <w:sz w:val="26"/>
                <w:szCs w:val="26"/>
              </w:rPr>
              <w:t>5</w:t>
            </w:r>
          </w:p>
        </w:tc>
        <w:tc>
          <w:tcPr>
            <w:tcW w:w="0" w:type="auto"/>
            <w:tcMar>
              <w:top w:w="42" w:type="dxa"/>
              <w:left w:w="50" w:type="dxa"/>
              <w:bottom w:w="42" w:type="dxa"/>
              <w:right w:w="50" w:type="dxa"/>
            </w:tcMar>
            <w:vAlign w:val="center"/>
          </w:tcPr>
          <w:p w14:paraId="67883524" w14:textId="77777777" w:rsidR="00A96F0C" w:rsidRPr="00736BEF" w:rsidRDefault="00000000" w:rsidP="00736BEF">
            <w:pPr>
              <w:spacing w:line="312" w:lineRule="auto"/>
              <w:rPr>
                <w:sz w:val="26"/>
                <w:szCs w:val="26"/>
              </w:rPr>
            </w:pPr>
            <w:r w:rsidRPr="00736BEF">
              <w:rPr>
                <w:sz w:val="26"/>
                <w:szCs w:val="26"/>
              </w:rPr>
              <w:t>Công nghệ thông tin</w:t>
            </w:r>
          </w:p>
        </w:tc>
        <w:tc>
          <w:tcPr>
            <w:tcW w:w="0" w:type="auto"/>
            <w:tcMar>
              <w:top w:w="42" w:type="dxa"/>
              <w:left w:w="50" w:type="dxa"/>
              <w:bottom w:w="42" w:type="dxa"/>
              <w:right w:w="50" w:type="dxa"/>
            </w:tcMar>
            <w:vAlign w:val="center"/>
          </w:tcPr>
          <w:p w14:paraId="6F6B8C6D" w14:textId="77777777" w:rsidR="00A96F0C" w:rsidRPr="00736BEF" w:rsidRDefault="00000000" w:rsidP="00736BEF">
            <w:pPr>
              <w:spacing w:line="312" w:lineRule="auto"/>
              <w:jc w:val="center"/>
              <w:rPr>
                <w:sz w:val="26"/>
                <w:szCs w:val="26"/>
              </w:rPr>
            </w:pPr>
            <w:r w:rsidRPr="00736BEF">
              <w:rPr>
                <w:sz w:val="26"/>
                <w:szCs w:val="26"/>
              </w:rPr>
              <w:t>7480201</w:t>
            </w:r>
          </w:p>
        </w:tc>
        <w:tc>
          <w:tcPr>
            <w:tcW w:w="0" w:type="auto"/>
            <w:tcMar>
              <w:top w:w="42" w:type="dxa"/>
              <w:left w:w="50" w:type="dxa"/>
              <w:bottom w:w="42" w:type="dxa"/>
              <w:right w:w="50" w:type="dxa"/>
            </w:tcMar>
            <w:vAlign w:val="center"/>
          </w:tcPr>
          <w:p w14:paraId="0BF73673"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25F08F34"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18B284ED"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13A23312" w14:textId="77777777" w:rsidR="00A96F0C" w:rsidRPr="00736BEF" w:rsidRDefault="00A96F0C" w:rsidP="00736BEF">
            <w:pPr>
              <w:spacing w:line="312" w:lineRule="auto"/>
              <w:jc w:val="center"/>
              <w:rPr>
                <w:sz w:val="26"/>
                <w:szCs w:val="26"/>
              </w:rPr>
            </w:pPr>
          </w:p>
        </w:tc>
      </w:tr>
      <w:tr w:rsidR="00A96F0C" w:rsidRPr="00736BEF" w14:paraId="503BF860" w14:textId="77777777" w:rsidTr="00736BEF">
        <w:trPr>
          <w:jc w:val="center"/>
        </w:trPr>
        <w:tc>
          <w:tcPr>
            <w:tcW w:w="0" w:type="auto"/>
            <w:tcMar>
              <w:top w:w="42" w:type="dxa"/>
              <w:left w:w="50" w:type="dxa"/>
              <w:bottom w:w="42" w:type="dxa"/>
              <w:right w:w="50" w:type="dxa"/>
            </w:tcMar>
            <w:vAlign w:val="center"/>
          </w:tcPr>
          <w:p w14:paraId="6F82A75B" w14:textId="77777777" w:rsidR="00A96F0C" w:rsidRPr="00736BEF" w:rsidRDefault="00000000" w:rsidP="00736BEF">
            <w:pPr>
              <w:spacing w:line="312" w:lineRule="auto"/>
              <w:jc w:val="center"/>
              <w:rPr>
                <w:sz w:val="26"/>
                <w:szCs w:val="26"/>
              </w:rPr>
            </w:pPr>
            <w:r w:rsidRPr="00736BEF">
              <w:rPr>
                <w:sz w:val="26"/>
                <w:szCs w:val="26"/>
              </w:rPr>
              <w:t>6</w:t>
            </w:r>
          </w:p>
        </w:tc>
        <w:tc>
          <w:tcPr>
            <w:tcW w:w="0" w:type="auto"/>
            <w:tcMar>
              <w:top w:w="42" w:type="dxa"/>
              <w:left w:w="50" w:type="dxa"/>
              <w:bottom w:w="42" w:type="dxa"/>
              <w:right w:w="50" w:type="dxa"/>
            </w:tcMar>
            <w:vAlign w:val="center"/>
          </w:tcPr>
          <w:p w14:paraId="025B41C1" w14:textId="77777777" w:rsidR="00A96F0C" w:rsidRPr="00736BEF" w:rsidRDefault="00000000" w:rsidP="00736BEF">
            <w:pPr>
              <w:spacing w:line="312" w:lineRule="auto"/>
              <w:rPr>
                <w:sz w:val="26"/>
                <w:szCs w:val="26"/>
              </w:rPr>
            </w:pPr>
            <w:r w:rsidRPr="00736BEF">
              <w:rPr>
                <w:sz w:val="26"/>
                <w:szCs w:val="26"/>
              </w:rPr>
              <w:t>Khoa học máy tính</w:t>
            </w:r>
          </w:p>
        </w:tc>
        <w:tc>
          <w:tcPr>
            <w:tcW w:w="0" w:type="auto"/>
            <w:tcMar>
              <w:top w:w="42" w:type="dxa"/>
              <w:left w:w="50" w:type="dxa"/>
              <w:bottom w:w="42" w:type="dxa"/>
              <w:right w:w="50" w:type="dxa"/>
            </w:tcMar>
            <w:vAlign w:val="center"/>
          </w:tcPr>
          <w:p w14:paraId="01F6279D" w14:textId="77777777" w:rsidR="00A96F0C" w:rsidRPr="00736BEF" w:rsidRDefault="00000000" w:rsidP="00736BEF">
            <w:pPr>
              <w:spacing w:line="312" w:lineRule="auto"/>
              <w:jc w:val="center"/>
              <w:rPr>
                <w:sz w:val="26"/>
                <w:szCs w:val="26"/>
              </w:rPr>
            </w:pPr>
            <w:r w:rsidRPr="00736BEF">
              <w:rPr>
                <w:sz w:val="26"/>
                <w:szCs w:val="26"/>
              </w:rPr>
              <w:t>7480101</w:t>
            </w:r>
          </w:p>
        </w:tc>
        <w:tc>
          <w:tcPr>
            <w:tcW w:w="0" w:type="auto"/>
            <w:tcMar>
              <w:top w:w="42" w:type="dxa"/>
              <w:left w:w="50" w:type="dxa"/>
              <w:bottom w:w="42" w:type="dxa"/>
              <w:right w:w="50" w:type="dxa"/>
            </w:tcMar>
            <w:vAlign w:val="center"/>
          </w:tcPr>
          <w:p w14:paraId="5B5A62BD"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358AE00C"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2BC1F411"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4ABD037F" w14:textId="77777777" w:rsidR="00A96F0C" w:rsidRPr="00736BEF" w:rsidRDefault="00A96F0C" w:rsidP="00736BEF">
            <w:pPr>
              <w:spacing w:line="312" w:lineRule="auto"/>
              <w:jc w:val="center"/>
              <w:rPr>
                <w:sz w:val="26"/>
                <w:szCs w:val="26"/>
              </w:rPr>
            </w:pPr>
          </w:p>
        </w:tc>
      </w:tr>
      <w:tr w:rsidR="00A96F0C" w:rsidRPr="00736BEF" w14:paraId="0FD81B46" w14:textId="77777777" w:rsidTr="00736BEF">
        <w:trPr>
          <w:jc w:val="center"/>
        </w:trPr>
        <w:tc>
          <w:tcPr>
            <w:tcW w:w="0" w:type="auto"/>
            <w:tcMar>
              <w:top w:w="42" w:type="dxa"/>
              <w:left w:w="50" w:type="dxa"/>
              <w:bottom w:w="42" w:type="dxa"/>
              <w:right w:w="50" w:type="dxa"/>
            </w:tcMar>
            <w:vAlign w:val="center"/>
          </w:tcPr>
          <w:p w14:paraId="27B46187" w14:textId="77777777" w:rsidR="00A96F0C" w:rsidRPr="00736BEF" w:rsidRDefault="00000000" w:rsidP="00736BEF">
            <w:pPr>
              <w:spacing w:line="312" w:lineRule="auto"/>
              <w:jc w:val="center"/>
              <w:rPr>
                <w:sz w:val="26"/>
                <w:szCs w:val="26"/>
              </w:rPr>
            </w:pPr>
            <w:r w:rsidRPr="00736BEF">
              <w:rPr>
                <w:sz w:val="26"/>
                <w:szCs w:val="26"/>
              </w:rPr>
              <w:t>7</w:t>
            </w:r>
          </w:p>
        </w:tc>
        <w:tc>
          <w:tcPr>
            <w:tcW w:w="0" w:type="auto"/>
            <w:tcMar>
              <w:top w:w="42" w:type="dxa"/>
              <w:left w:w="50" w:type="dxa"/>
              <w:bottom w:w="42" w:type="dxa"/>
              <w:right w:w="50" w:type="dxa"/>
            </w:tcMar>
            <w:vAlign w:val="center"/>
          </w:tcPr>
          <w:p w14:paraId="4E0E4C09" w14:textId="77777777" w:rsidR="00A96F0C" w:rsidRPr="00736BEF" w:rsidRDefault="00000000" w:rsidP="00736BEF">
            <w:pPr>
              <w:spacing w:line="312" w:lineRule="auto"/>
              <w:rPr>
                <w:sz w:val="26"/>
                <w:szCs w:val="26"/>
              </w:rPr>
            </w:pPr>
            <w:r w:rsidRPr="00736BEF">
              <w:rPr>
                <w:sz w:val="26"/>
                <w:szCs w:val="26"/>
              </w:rPr>
              <w:t>Hệ thống thông tin</w:t>
            </w:r>
          </w:p>
        </w:tc>
        <w:tc>
          <w:tcPr>
            <w:tcW w:w="0" w:type="auto"/>
            <w:tcMar>
              <w:top w:w="42" w:type="dxa"/>
              <w:left w:w="50" w:type="dxa"/>
              <w:bottom w:w="42" w:type="dxa"/>
              <w:right w:w="50" w:type="dxa"/>
            </w:tcMar>
            <w:vAlign w:val="center"/>
          </w:tcPr>
          <w:p w14:paraId="1587E6DD" w14:textId="77777777" w:rsidR="00A96F0C" w:rsidRPr="00736BEF" w:rsidRDefault="00000000" w:rsidP="00736BEF">
            <w:pPr>
              <w:spacing w:line="312" w:lineRule="auto"/>
              <w:jc w:val="center"/>
              <w:rPr>
                <w:sz w:val="26"/>
                <w:szCs w:val="26"/>
              </w:rPr>
            </w:pPr>
            <w:r w:rsidRPr="00736BEF">
              <w:rPr>
                <w:sz w:val="26"/>
                <w:szCs w:val="26"/>
              </w:rPr>
              <w:t>7480104</w:t>
            </w:r>
          </w:p>
        </w:tc>
        <w:tc>
          <w:tcPr>
            <w:tcW w:w="0" w:type="auto"/>
            <w:tcMar>
              <w:top w:w="42" w:type="dxa"/>
              <w:left w:w="50" w:type="dxa"/>
              <w:bottom w:w="42" w:type="dxa"/>
              <w:right w:w="50" w:type="dxa"/>
            </w:tcMar>
            <w:vAlign w:val="center"/>
          </w:tcPr>
          <w:p w14:paraId="19B06DDA"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2072F533"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7535776C"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1F335888" w14:textId="77777777" w:rsidR="00A96F0C" w:rsidRPr="00736BEF" w:rsidRDefault="00A96F0C" w:rsidP="00736BEF">
            <w:pPr>
              <w:spacing w:line="312" w:lineRule="auto"/>
              <w:jc w:val="center"/>
              <w:rPr>
                <w:sz w:val="26"/>
                <w:szCs w:val="26"/>
              </w:rPr>
            </w:pPr>
          </w:p>
        </w:tc>
      </w:tr>
      <w:tr w:rsidR="00A96F0C" w:rsidRPr="00736BEF" w14:paraId="166E2AA6" w14:textId="77777777" w:rsidTr="00736BEF">
        <w:trPr>
          <w:jc w:val="center"/>
        </w:trPr>
        <w:tc>
          <w:tcPr>
            <w:tcW w:w="0" w:type="auto"/>
            <w:tcMar>
              <w:top w:w="42" w:type="dxa"/>
              <w:left w:w="50" w:type="dxa"/>
              <w:bottom w:w="42" w:type="dxa"/>
              <w:right w:w="50" w:type="dxa"/>
            </w:tcMar>
            <w:vAlign w:val="center"/>
          </w:tcPr>
          <w:p w14:paraId="709AF2F1" w14:textId="77777777" w:rsidR="00A96F0C" w:rsidRPr="00736BEF" w:rsidRDefault="00000000" w:rsidP="00736BEF">
            <w:pPr>
              <w:spacing w:line="312" w:lineRule="auto"/>
              <w:jc w:val="center"/>
              <w:rPr>
                <w:sz w:val="26"/>
                <w:szCs w:val="26"/>
              </w:rPr>
            </w:pPr>
            <w:r w:rsidRPr="00736BEF">
              <w:rPr>
                <w:sz w:val="26"/>
                <w:szCs w:val="26"/>
              </w:rPr>
              <w:t>8</w:t>
            </w:r>
          </w:p>
        </w:tc>
        <w:tc>
          <w:tcPr>
            <w:tcW w:w="0" w:type="auto"/>
            <w:tcMar>
              <w:top w:w="42" w:type="dxa"/>
              <w:left w:w="50" w:type="dxa"/>
              <w:bottom w:w="42" w:type="dxa"/>
              <w:right w:w="50" w:type="dxa"/>
            </w:tcMar>
            <w:vAlign w:val="center"/>
          </w:tcPr>
          <w:p w14:paraId="0366EF55" w14:textId="77777777" w:rsidR="00A96F0C" w:rsidRPr="00736BEF" w:rsidRDefault="00000000" w:rsidP="00736BEF">
            <w:pPr>
              <w:spacing w:line="312" w:lineRule="auto"/>
              <w:rPr>
                <w:sz w:val="26"/>
                <w:szCs w:val="26"/>
              </w:rPr>
            </w:pPr>
            <w:r w:rsidRPr="00736BEF">
              <w:rPr>
                <w:sz w:val="26"/>
                <w:szCs w:val="26"/>
              </w:rPr>
              <w:t>Công nghệ kỹ thuật ô tô</w:t>
            </w:r>
          </w:p>
        </w:tc>
        <w:tc>
          <w:tcPr>
            <w:tcW w:w="0" w:type="auto"/>
            <w:tcMar>
              <w:top w:w="42" w:type="dxa"/>
              <w:left w:w="50" w:type="dxa"/>
              <w:bottom w:w="42" w:type="dxa"/>
              <w:right w:w="50" w:type="dxa"/>
            </w:tcMar>
            <w:vAlign w:val="center"/>
          </w:tcPr>
          <w:p w14:paraId="1EF83306" w14:textId="77777777" w:rsidR="00A96F0C" w:rsidRPr="00736BEF" w:rsidRDefault="00000000" w:rsidP="00736BEF">
            <w:pPr>
              <w:spacing w:line="312" w:lineRule="auto"/>
              <w:jc w:val="center"/>
              <w:rPr>
                <w:sz w:val="26"/>
                <w:szCs w:val="26"/>
              </w:rPr>
            </w:pPr>
            <w:r w:rsidRPr="00736BEF">
              <w:rPr>
                <w:sz w:val="26"/>
                <w:szCs w:val="26"/>
              </w:rPr>
              <w:t>7510205</w:t>
            </w:r>
          </w:p>
        </w:tc>
        <w:tc>
          <w:tcPr>
            <w:tcW w:w="0" w:type="auto"/>
            <w:tcMar>
              <w:top w:w="42" w:type="dxa"/>
              <w:left w:w="50" w:type="dxa"/>
              <w:bottom w:w="42" w:type="dxa"/>
              <w:right w:w="50" w:type="dxa"/>
            </w:tcMar>
            <w:vAlign w:val="center"/>
          </w:tcPr>
          <w:p w14:paraId="32CA27ED"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106A7229"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5EAA582C"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4805828D" w14:textId="77777777" w:rsidR="00A96F0C" w:rsidRPr="00736BEF" w:rsidRDefault="00A96F0C" w:rsidP="00736BEF">
            <w:pPr>
              <w:spacing w:line="312" w:lineRule="auto"/>
              <w:jc w:val="center"/>
              <w:rPr>
                <w:sz w:val="26"/>
                <w:szCs w:val="26"/>
              </w:rPr>
            </w:pPr>
          </w:p>
        </w:tc>
      </w:tr>
      <w:tr w:rsidR="00A96F0C" w:rsidRPr="00736BEF" w14:paraId="2E3EDD97" w14:textId="77777777" w:rsidTr="00736BEF">
        <w:trPr>
          <w:jc w:val="center"/>
        </w:trPr>
        <w:tc>
          <w:tcPr>
            <w:tcW w:w="0" w:type="auto"/>
            <w:tcMar>
              <w:top w:w="42" w:type="dxa"/>
              <w:left w:w="50" w:type="dxa"/>
              <w:bottom w:w="42" w:type="dxa"/>
              <w:right w:w="50" w:type="dxa"/>
            </w:tcMar>
            <w:vAlign w:val="center"/>
          </w:tcPr>
          <w:p w14:paraId="1B66EA77" w14:textId="77777777" w:rsidR="00A96F0C" w:rsidRPr="00736BEF" w:rsidRDefault="00000000" w:rsidP="00736BEF">
            <w:pPr>
              <w:spacing w:line="312" w:lineRule="auto"/>
              <w:jc w:val="center"/>
              <w:rPr>
                <w:sz w:val="26"/>
                <w:szCs w:val="26"/>
              </w:rPr>
            </w:pPr>
            <w:r w:rsidRPr="00736BEF">
              <w:rPr>
                <w:sz w:val="26"/>
                <w:szCs w:val="26"/>
              </w:rPr>
              <w:t>9</w:t>
            </w:r>
          </w:p>
        </w:tc>
        <w:tc>
          <w:tcPr>
            <w:tcW w:w="0" w:type="auto"/>
            <w:tcMar>
              <w:top w:w="42" w:type="dxa"/>
              <w:left w:w="50" w:type="dxa"/>
              <w:bottom w:w="42" w:type="dxa"/>
              <w:right w:w="50" w:type="dxa"/>
            </w:tcMar>
            <w:vAlign w:val="center"/>
          </w:tcPr>
          <w:p w14:paraId="563D87A2" w14:textId="77777777" w:rsidR="00A96F0C" w:rsidRPr="00736BEF" w:rsidRDefault="00000000" w:rsidP="00736BEF">
            <w:pPr>
              <w:spacing w:line="312" w:lineRule="auto"/>
              <w:rPr>
                <w:sz w:val="26"/>
                <w:szCs w:val="26"/>
              </w:rPr>
            </w:pPr>
            <w:r w:rsidRPr="00736BEF">
              <w:rPr>
                <w:sz w:val="26"/>
                <w:szCs w:val="26"/>
              </w:rPr>
              <w:t>Công nghệ kỹ thuật điện, điện tử</w:t>
            </w:r>
          </w:p>
        </w:tc>
        <w:tc>
          <w:tcPr>
            <w:tcW w:w="0" w:type="auto"/>
            <w:tcMar>
              <w:top w:w="42" w:type="dxa"/>
              <w:left w:w="50" w:type="dxa"/>
              <w:bottom w:w="42" w:type="dxa"/>
              <w:right w:w="50" w:type="dxa"/>
            </w:tcMar>
            <w:vAlign w:val="center"/>
          </w:tcPr>
          <w:p w14:paraId="118938BB" w14:textId="77777777" w:rsidR="00A96F0C" w:rsidRPr="00736BEF" w:rsidRDefault="00000000" w:rsidP="00736BEF">
            <w:pPr>
              <w:spacing w:line="312" w:lineRule="auto"/>
              <w:jc w:val="center"/>
              <w:rPr>
                <w:sz w:val="26"/>
                <w:szCs w:val="26"/>
              </w:rPr>
            </w:pPr>
            <w:r w:rsidRPr="00736BEF">
              <w:rPr>
                <w:sz w:val="26"/>
                <w:szCs w:val="26"/>
              </w:rPr>
              <w:t>7510301</w:t>
            </w:r>
          </w:p>
        </w:tc>
        <w:tc>
          <w:tcPr>
            <w:tcW w:w="0" w:type="auto"/>
            <w:tcMar>
              <w:top w:w="42" w:type="dxa"/>
              <w:left w:w="50" w:type="dxa"/>
              <w:bottom w:w="42" w:type="dxa"/>
              <w:right w:w="50" w:type="dxa"/>
            </w:tcMar>
            <w:vAlign w:val="center"/>
          </w:tcPr>
          <w:p w14:paraId="58522078"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61B480D2"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64BEE156"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09D79369" w14:textId="77777777" w:rsidR="00A96F0C" w:rsidRPr="00736BEF" w:rsidRDefault="00A96F0C" w:rsidP="00736BEF">
            <w:pPr>
              <w:spacing w:line="312" w:lineRule="auto"/>
              <w:jc w:val="center"/>
              <w:rPr>
                <w:sz w:val="26"/>
                <w:szCs w:val="26"/>
              </w:rPr>
            </w:pPr>
          </w:p>
        </w:tc>
      </w:tr>
      <w:tr w:rsidR="00A96F0C" w:rsidRPr="00736BEF" w14:paraId="40AC619E" w14:textId="77777777" w:rsidTr="00736BEF">
        <w:trPr>
          <w:jc w:val="center"/>
        </w:trPr>
        <w:tc>
          <w:tcPr>
            <w:tcW w:w="0" w:type="auto"/>
            <w:tcMar>
              <w:top w:w="42" w:type="dxa"/>
              <w:left w:w="50" w:type="dxa"/>
              <w:bottom w:w="42" w:type="dxa"/>
              <w:right w:w="50" w:type="dxa"/>
            </w:tcMar>
            <w:vAlign w:val="center"/>
          </w:tcPr>
          <w:p w14:paraId="3CC7B768" w14:textId="77777777" w:rsidR="00A96F0C" w:rsidRPr="00736BEF" w:rsidRDefault="00000000" w:rsidP="00736BEF">
            <w:pPr>
              <w:spacing w:line="312" w:lineRule="auto"/>
              <w:jc w:val="center"/>
              <w:rPr>
                <w:sz w:val="26"/>
                <w:szCs w:val="26"/>
              </w:rPr>
            </w:pPr>
            <w:r w:rsidRPr="00736BEF">
              <w:rPr>
                <w:sz w:val="26"/>
                <w:szCs w:val="26"/>
              </w:rPr>
              <w:t>10</w:t>
            </w:r>
          </w:p>
        </w:tc>
        <w:tc>
          <w:tcPr>
            <w:tcW w:w="0" w:type="auto"/>
            <w:tcMar>
              <w:top w:w="42" w:type="dxa"/>
              <w:left w:w="50" w:type="dxa"/>
              <w:bottom w:w="42" w:type="dxa"/>
              <w:right w:w="50" w:type="dxa"/>
            </w:tcMar>
            <w:vAlign w:val="center"/>
          </w:tcPr>
          <w:p w14:paraId="54D3EA8B" w14:textId="77777777" w:rsidR="00A96F0C" w:rsidRPr="00736BEF" w:rsidRDefault="00000000" w:rsidP="00736BEF">
            <w:pPr>
              <w:spacing w:line="312" w:lineRule="auto"/>
              <w:rPr>
                <w:sz w:val="26"/>
                <w:szCs w:val="26"/>
              </w:rPr>
            </w:pPr>
            <w:r w:rsidRPr="00736BEF">
              <w:rPr>
                <w:sz w:val="26"/>
                <w:szCs w:val="26"/>
              </w:rPr>
              <w:t>Công nghệ kỹ thuật cơ điện tử</w:t>
            </w:r>
          </w:p>
        </w:tc>
        <w:tc>
          <w:tcPr>
            <w:tcW w:w="0" w:type="auto"/>
            <w:tcMar>
              <w:top w:w="42" w:type="dxa"/>
              <w:left w:w="50" w:type="dxa"/>
              <w:bottom w:w="42" w:type="dxa"/>
              <w:right w:w="50" w:type="dxa"/>
            </w:tcMar>
            <w:vAlign w:val="center"/>
          </w:tcPr>
          <w:p w14:paraId="60D9C790" w14:textId="77777777" w:rsidR="00A96F0C" w:rsidRPr="00736BEF" w:rsidRDefault="00000000" w:rsidP="00736BEF">
            <w:pPr>
              <w:spacing w:line="312" w:lineRule="auto"/>
              <w:jc w:val="center"/>
              <w:rPr>
                <w:sz w:val="26"/>
                <w:szCs w:val="26"/>
              </w:rPr>
            </w:pPr>
            <w:r w:rsidRPr="00736BEF">
              <w:rPr>
                <w:sz w:val="26"/>
                <w:szCs w:val="26"/>
              </w:rPr>
              <w:t>7510203</w:t>
            </w:r>
          </w:p>
        </w:tc>
        <w:tc>
          <w:tcPr>
            <w:tcW w:w="0" w:type="auto"/>
            <w:tcMar>
              <w:top w:w="42" w:type="dxa"/>
              <w:left w:w="50" w:type="dxa"/>
              <w:bottom w:w="42" w:type="dxa"/>
              <w:right w:w="50" w:type="dxa"/>
            </w:tcMar>
            <w:vAlign w:val="center"/>
          </w:tcPr>
          <w:p w14:paraId="1DC9BCD3"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5F5DB880"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297BFC24"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1484AB4D" w14:textId="77777777" w:rsidR="00A96F0C" w:rsidRPr="00736BEF" w:rsidRDefault="00A96F0C" w:rsidP="00736BEF">
            <w:pPr>
              <w:spacing w:line="312" w:lineRule="auto"/>
              <w:jc w:val="center"/>
              <w:rPr>
                <w:sz w:val="26"/>
                <w:szCs w:val="26"/>
              </w:rPr>
            </w:pPr>
          </w:p>
        </w:tc>
      </w:tr>
      <w:tr w:rsidR="00A96F0C" w:rsidRPr="00736BEF" w14:paraId="2A76E0CD" w14:textId="77777777" w:rsidTr="00736BEF">
        <w:trPr>
          <w:jc w:val="center"/>
        </w:trPr>
        <w:tc>
          <w:tcPr>
            <w:tcW w:w="0" w:type="auto"/>
            <w:tcMar>
              <w:top w:w="42" w:type="dxa"/>
              <w:left w:w="50" w:type="dxa"/>
              <w:bottom w:w="42" w:type="dxa"/>
              <w:right w:w="50" w:type="dxa"/>
            </w:tcMar>
            <w:vAlign w:val="center"/>
          </w:tcPr>
          <w:p w14:paraId="3029D087" w14:textId="77777777" w:rsidR="00A96F0C" w:rsidRPr="00736BEF" w:rsidRDefault="00000000" w:rsidP="00736BEF">
            <w:pPr>
              <w:spacing w:line="312" w:lineRule="auto"/>
              <w:jc w:val="center"/>
              <w:rPr>
                <w:sz w:val="26"/>
                <w:szCs w:val="26"/>
              </w:rPr>
            </w:pPr>
            <w:r w:rsidRPr="00736BEF">
              <w:rPr>
                <w:sz w:val="26"/>
                <w:szCs w:val="26"/>
              </w:rPr>
              <w:t>11</w:t>
            </w:r>
          </w:p>
        </w:tc>
        <w:tc>
          <w:tcPr>
            <w:tcW w:w="0" w:type="auto"/>
            <w:tcMar>
              <w:top w:w="42" w:type="dxa"/>
              <w:left w:w="50" w:type="dxa"/>
              <w:bottom w:w="42" w:type="dxa"/>
              <w:right w:w="50" w:type="dxa"/>
            </w:tcMar>
            <w:vAlign w:val="center"/>
          </w:tcPr>
          <w:p w14:paraId="4F31949F" w14:textId="77777777" w:rsidR="00A96F0C" w:rsidRPr="00736BEF" w:rsidRDefault="00000000" w:rsidP="00736BEF">
            <w:pPr>
              <w:spacing w:line="312" w:lineRule="auto"/>
              <w:rPr>
                <w:sz w:val="26"/>
                <w:szCs w:val="26"/>
              </w:rPr>
            </w:pPr>
            <w:r w:rsidRPr="00736BEF">
              <w:rPr>
                <w:sz w:val="26"/>
                <w:szCs w:val="26"/>
              </w:rPr>
              <w:t>Kiến trúc</w:t>
            </w:r>
          </w:p>
        </w:tc>
        <w:tc>
          <w:tcPr>
            <w:tcW w:w="0" w:type="auto"/>
            <w:tcMar>
              <w:top w:w="42" w:type="dxa"/>
              <w:left w:w="50" w:type="dxa"/>
              <w:bottom w:w="42" w:type="dxa"/>
              <w:right w:w="50" w:type="dxa"/>
            </w:tcMar>
            <w:vAlign w:val="center"/>
          </w:tcPr>
          <w:p w14:paraId="3C1F7FD6" w14:textId="77777777" w:rsidR="00A96F0C" w:rsidRPr="00736BEF" w:rsidRDefault="00000000" w:rsidP="00736BEF">
            <w:pPr>
              <w:spacing w:line="312" w:lineRule="auto"/>
              <w:jc w:val="center"/>
              <w:rPr>
                <w:sz w:val="26"/>
                <w:szCs w:val="26"/>
              </w:rPr>
            </w:pPr>
            <w:r w:rsidRPr="00736BEF">
              <w:rPr>
                <w:sz w:val="26"/>
                <w:szCs w:val="26"/>
              </w:rPr>
              <w:t>7580101</w:t>
            </w:r>
          </w:p>
        </w:tc>
        <w:tc>
          <w:tcPr>
            <w:tcW w:w="0" w:type="auto"/>
            <w:tcMar>
              <w:top w:w="42" w:type="dxa"/>
              <w:left w:w="50" w:type="dxa"/>
              <w:bottom w:w="42" w:type="dxa"/>
              <w:right w:w="50" w:type="dxa"/>
            </w:tcMar>
            <w:vAlign w:val="center"/>
          </w:tcPr>
          <w:p w14:paraId="1F781A0C"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5D8C0803"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601C4A22"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3854DB89" w14:textId="77777777" w:rsidR="00A96F0C" w:rsidRPr="00736BEF" w:rsidRDefault="00A96F0C" w:rsidP="00736BEF">
            <w:pPr>
              <w:spacing w:line="312" w:lineRule="auto"/>
              <w:jc w:val="center"/>
              <w:rPr>
                <w:sz w:val="26"/>
                <w:szCs w:val="26"/>
              </w:rPr>
            </w:pPr>
          </w:p>
        </w:tc>
      </w:tr>
      <w:tr w:rsidR="00A96F0C" w:rsidRPr="00736BEF" w14:paraId="738C0EEE" w14:textId="77777777" w:rsidTr="00736BEF">
        <w:trPr>
          <w:jc w:val="center"/>
        </w:trPr>
        <w:tc>
          <w:tcPr>
            <w:tcW w:w="0" w:type="auto"/>
            <w:tcMar>
              <w:top w:w="42" w:type="dxa"/>
              <w:left w:w="50" w:type="dxa"/>
              <w:bottom w:w="42" w:type="dxa"/>
              <w:right w:w="50" w:type="dxa"/>
            </w:tcMar>
            <w:vAlign w:val="center"/>
          </w:tcPr>
          <w:p w14:paraId="2D9ADDA2" w14:textId="77777777" w:rsidR="00A96F0C" w:rsidRPr="00736BEF" w:rsidRDefault="00000000" w:rsidP="00736BEF">
            <w:pPr>
              <w:spacing w:line="312" w:lineRule="auto"/>
              <w:jc w:val="center"/>
              <w:rPr>
                <w:sz w:val="26"/>
                <w:szCs w:val="26"/>
              </w:rPr>
            </w:pPr>
            <w:r w:rsidRPr="00736BEF">
              <w:rPr>
                <w:sz w:val="26"/>
                <w:szCs w:val="26"/>
              </w:rPr>
              <w:t>12</w:t>
            </w:r>
          </w:p>
        </w:tc>
        <w:tc>
          <w:tcPr>
            <w:tcW w:w="0" w:type="auto"/>
            <w:tcMar>
              <w:top w:w="42" w:type="dxa"/>
              <w:left w:w="50" w:type="dxa"/>
              <w:bottom w:w="42" w:type="dxa"/>
              <w:right w:w="50" w:type="dxa"/>
            </w:tcMar>
            <w:vAlign w:val="center"/>
          </w:tcPr>
          <w:p w14:paraId="29355C6E" w14:textId="77777777" w:rsidR="00A96F0C" w:rsidRPr="00736BEF" w:rsidRDefault="00000000" w:rsidP="00736BEF">
            <w:pPr>
              <w:spacing w:line="312" w:lineRule="auto"/>
              <w:rPr>
                <w:sz w:val="26"/>
                <w:szCs w:val="26"/>
              </w:rPr>
            </w:pPr>
            <w:r w:rsidRPr="00736BEF">
              <w:rPr>
                <w:sz w:val="26"/>
                <w:szCs w:val="26"/>
              </w:rPr>
              <w:t>Kỹ thuật xây dựng</w:t>
            </w:r>
          </w:p>
        </w:tc>
        <w:tc>
          <w:tcPr>
            <w:tcW w:w="0" w:type="auto"/>
            <w:tcMar>
              <w:top w:w="42" w:type="dxa"/>
              <w:left w:w="50" w:type="dxa"/>
              <w:bottom w:w="42" w:type="dxa"/>
              <w:right w:w="50" w:type="dxa"/>
            </w:tcMar>
            <w:vAlign w:val="center"/>
          </w:tcPr>
          <w:p w14:paraId="7F27B3DC" w14:textId="77777777" w:rsidR="00A96F0C" w:rsidRPr="00736BEF" w:rsidRDefault="00000000" w:rsidP="00736BEF">
            <w:pPr>
              <w:spacing w:line="312" w:lineRule="auto"/>
              <w:jc w:val="center"/>
              <w:rPr>
                <w:sz w:val="26"/>
                <w:szCs w:val="26"/>
              </w:rPr>
            </w:pPr>
            <w:r w:rsidRPr="00736BEF">
              <w:rPr>
                <w:sz w:val="26"/>
                <w:szCs w:val="26"/>
              </w:rPr>
              <w:t>7580201</w:t>
            </w:r>
          </w:p>
        </w:tc>
        <w:tc>
          <w:tcPr>
            <w:tcW w:w="0" w:type="auto"/>
            <w:tcMar>
              <w:top w:w="42" w:type="dxa"/>
              <w:left w:w="50" w:type="dxa"/>
              <w:bottom w:w="42" w:type="dxa"/>
              <w:right w:w="50" w:type="dxa"/>
            </w:tcMar>
            <w:vAlign w:val="center"/>
          </w:tcPr>
          <w:p w14:paraId="312BFF33"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7FEA202A"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53E0E6E3"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76068793" w14:textId="77777777" w:rsidR="00A96F0C" w:rsidRPr="00736BEF" w:rsidRDefault="00A96F0C" w:rsidP="00736BEF">
            <w:pPr>
              <w:spacing w:line="312" w:lineRule="auto"/>
              <w:jc w:val="center"/>
              <w:rPr>
                <w:sz w:val="26"/>
                <w:szCs w:val="26"/>
              </w:rPr>
            </w:pPr>
          </w:p>
        </w:tc>
      </w:tr>
      <w:tr w:rsidR="00A96F0C" w:rsidRPr="00736BEF" w14:paraId="6D245DF6" w14:textId="77777777" w:rsidTr="00736BEF">
        <w:trPr>
          <w:jc w:val="center"/>
        </w:trPr>
        <w:tc>
          <w:tcPr>
            <w:tcW w:w="0" w:type="auto"/>
            <w:tcMar>
              <w:top w:w="42" w:type="dxa"/>
              <w:left w:w="50" w:type="dxa"/>
              <w:bottom w:w="42" w:type="dxa"/>
              <w:right w:w="50" w:type="dxa"/>
            </w:tcMar>
            <w:vAlign w:val="center"/>
          </w:tcPr>
          <w:p w14:paraId="5F25BC77" w14:textId="77777777" w:rsidR="00A96F0C" w:rsidRPr="00736BEF" w:rsidRDefault="00000000" w:rsidP="00736BEF">
            <w:pPr>
              <w:spacing w:line="312" w:lineRule="auto"/>
              <w:jc w:val="center"/>
              <w:rPr>
                <w:sz w:val="26"/>
                <w:szCs w:val="26"/>
              </w:rPr>
            </w:pPr>
            <w:r w:rsidRPr="00736BEF">
              <w:rPr>
                <w:sz w:val="26"/>
                <w:szCs w:val="26"/>
              </w:rPr>
              <w:t>13</w:t>
            </w:r>
          </w:p>
        </w:tc>
        <w:tc>
          <w:tcPr>
            <w:tcW w:w="0" w:type="auto"/>
            <w:tcMar>
              <w:top w:w="42" w:type="dxa"/>
              <w:left w:w="50" w:type="dxa"/>
              <w:bottom w:w="42" w:type="dxa"/>
              <w:right w:w="50" w:type="dxa"/>
            </w:tcMar>
            <w:vAlign w:val="center"/>
          </w:tcPr>
          <w:p w14:paraId="45BC12BF" w14:textId="77777777" w:rsidR="00A96F0C" w:rsidRPr="00736BEF" w:rsidRDefault="00000000" w:rsidP="00736BEF">
            <w:pPr>
              <w:spacing w:line="312" w:lineRule="auto"/>
              <w:rPr>
                <w:sz w:val="26"/>
                <w:szCs w:val="26"/>
              </w:rPr>
            </w:pPr>
            <w:r w:rsidRPr="00736BEF">
              <w:rPr>
                <w:sz w:val="26"/>
                <w:szCs w:val="26"/>
              </w:rPr>
              <w:t>Kinh tế xây dựng</w:t>
            </w:r>
          </w:p>
        </w:tc>
        <w:tc>
          <w:tcPr>
            <w:tcW w:w="0" w:type="auto"/>
            <w:tcMar>
              <w:top w:w="42" w:type="dxa"/>
              <w:left w:w="50" w:type="dxa"/>
              <w:bottom w:w="42" w:type="dxa"/>
              <w:right w:w="50" w:type="dxa"/>
            </w:tcMar>
            <w:vAlign w:val="center"/>
          </w:tcPr>
          <w:p w14:paraId="5B280A58" w14:textId="77777777" w:rsidR="00A96F0C" w:rsidRPr="00736BEF" w:rsidRDefault="00000000" w:rsidP="00736BEF">
            <w:pPr>
              <w:spacing w:line="312" w:lineRule="auto"/>
              <w:jc w:val="center"/>
              <w:rPr>
                <w:sz w:val="26"/>
                <w:szCs w:val="26"/>
              </w:rPr>
            </w:pPr>
            <w:r w:rsidRPr="00736BEF">
              <w:rPr>
                <w:sz w:val="26"/>
                <w:szCs w:val="26"/>
              </w:rPr>
              <w:t>7580301</w:t>
            </w:r>
          </w:p>
        </w:tc>
        <w:tc>
          <w:tcPr>
            <w:tcW w:w="0" w:type="auto"/>
            <w:tcMar>
              <w:top w:w="42" w:type="dxa"/>
              <w:left w:w="50" w:type="dxa"/>
              <w:bottom w:w="42" w:type="dxa"/>
              <w:right w:w="50" w:type="dxa"/>
            </w:tcMar>
            <w:vAlign w:val="center"/>
          </w:tcPr>
          <w:p w14:paraId="2A21AD75"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69083306"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7A9A5EFE"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0F3B331B" w14:textId="77777777" w:rsidR="00A96F0C" w:rsidRPr="00736BEF" w:rsidRDefault="00A96F0C" w:rsidP="00736BEF">
            <w:pPr>
              <w:spacing w:line="312" w:lineRule="auto"/>
              <w:jc w:val="center"/>
              <w:rPr>
                <w:sz w:val="26"/>
                <w:szCs w:val="26"/>
              </w:rPr>
            </w:pPr>
          </w:p>
        </w:tc>
      </w:tr>
      <w:tr w:rsidR="00A96F0C" w:rsidRPr="00736BEF" w14:paraId="7C5EB8E7" w14:textId="77777777" w:rsidTr="00736BEF">
        <w:trPr>
          <w:jc w:val="center"/>
        </w:trPr>
        <w:tc>
          <w:tcPr>
            <w:tcW w:w="0" w:type="auto"/>
            <w:tcMar>
              <w:top w:w="42" w:type="dxa"/>
              <w:left w:w="50" w:type="dxa"/>
              <w:bottom w:w="42" w:type="dxa"/>
              <w:right w:w="50" w:type="dxa"/>
            </w:tcMar>
            <w:vAlign w:val="center"/>
          </w:tcPr>
          <w:p w14:paraId="27358754" w14:textId="77777777" w:rsidR="00A96F0C" w:rsidRPr="00736BEF" w:rsidRDefault="00000000" w:rsidP="00736BEF">
            <w:pPr>
              <w:spacing w:line="312" w:lineRule="auto"/>
              <w:jc w:val="center"/>
              <w:rPr>
                <w:sz w:val="26"/>
                <w:szCs w:val="26"/>
              </w:rPr>
            </w:pPr>
            <w:r w:rsidRPr="00736BEF">
              <w:rPr>
                <w:sz w:val="26"/>
                <w:szCs w:val="26"/>
              </w:rPr>
              <w:t>14</w:t>
            </w:r>
          </w:p>
        </w:tc>
        <w:tc>
          <w:tcPr>
            <w:tcW w:w="0" w:type="auto"/>
            <w:tcMar>
              <w:top w:w="42" w:type="dxa"/>
              <w:left w:w="50" w:type="dxa"/>
              <w:bottom w:w="42" w:type="dxa"/>
              <w:right w:w="50" w:type="dxa"/>
            </w:tcMar>
            <w:vAlign w:val="center"/>
          </w:tcPr>
          <w:p w14:paraId="4B9556CA" w14:textId="77777777" w:rsidR="00A96F0C" w:rsidRPr="00736BEF" w:rsidRDefault="00000000" w:rsidP="00736BEF">
            <w:pPr>
              <w:spacing w:line="312" w:lineRule="auto"/>
              <w:rPr>
                <w:sz w:val="26"/>
                <w:szCs w:val="26"/>
              </w:rPr>
            </w:pPr>
            <w:r w:rsidRPr="00736BEF">
              <w:rPr>
                <w:sz w:val="26"/>
                <w:szCs w:val="26"/>
              </w:rPr>
              <w:t>Công nghệ kỹ thuật điều khiển và tự động hóa</w:t>
            </w:r>
          </w:p>
        </w:tc>
        <w:tc>
          <w:tcPr>
            <w:tcW w:w="0" w:type="auto"/>
            <w:tcMar>
              <w:top w:w="42" w:type="dxa"/>
              <w:left w:w="50" w:type="dxa"/>
              <w:bottom w:w="42" w:type="dxa"/>
              <w:right w:w="50" w:type="dxa"/>
            </w:tcMar>
            <w:vAlign w:val="center"/>
          </w:tcPr>
          <w:p w14:paraId="3B2F62D8" w14:textId="77777777" w:rsidR="00A96F0C" w:rsidRPr="00736BEF" w:rsidRDefault="00000000" w:rsidP="00736BEF">
            <w:pPr>
              <w:spacing w:line="312" w:lineRule="auto"/>
              <w:jc w:val="center"/>
              <w:rPr>
                <w:sz w:val="26"/>
                <w:szCs w:val="26"/>
              </w:rPr>
            </w:pPr>
            <w:r w:rsidRPr="00736BEF">
              <w:rPr>
                <w:sz w:val="26"/>
                <w:szCs w:val="26"/>
              </w:rPr>
              <w:t>7510303</w:t>
            </w:r>
          </w:p>
        </w:tc>
        <w:tc>
          <w:tcPr>
            <w:tcW w:w="0" w:type="auto"/>
            <w:tcMar>
              <w:top w:w="42" w:type="dxa"/>
              <w:left w:w="50" w:type="dxa"/>
              <w:bottom w:w="42" w:type="dxa"/>
              <w:right w:w="50" w:type="dxa"/>
            </w:tcMar>
            <w:vAlign w:val="center"/>
          </w:tcPr>
          <w:p w14:paraId="23EFBBAE"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3EFFD96E"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784514EB"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0D4071E9" w14:textId="77777777" w:rsidR="00A96F0C" w:rsidRPr="00736BEF" w:rsidRDefault="00A96F0C" w:rsidP="00736BEF">
            <w:pPr>
              <w:spacing w:line="312" w:lineRule="auto"/>
              <w:jc w:val="center"/>
              <w:rPr>
                <w:sz w:val="26"/>
                <w:szCs w:val="26"/>
              </w:rPr>
            </w:pPr>
          </w:p>
        </w:tc>
      </w:tr>
      <w:tr w:rsidR="00A96F0C" w:rsidRPr="00736BEF" w14:paraId="3DAC3608" w14:textId="77777777" w:rsidTr="00736BEF">
        <w:trPr>
          <w:jc w:val="center"/>
        </w:trPr>
        <w:tc>
          <w:tcPr>
            <w:tcW w:w="0" w:type="auto"/>
            <w:tcMar>
              <w:top w:w="42" w:type="dxa"/>
              <w:left w:w="50" w:type="dxa"/>
              <w:bottom w:w="42" w:type="dxa"/>
              <w:right w:w="50" w:type="dxa"/>
            </w:tcMar>
            <w:vAlign w:val="center"/>
          </w:tcPr>
          <w:p w14:paraId="58E87E23"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6A3BE73E" w14:textId="77777777" w:rsidR="00A96F0C" w:rsidRPr="00736BEF" w:rsidRDefault="00000000" w:rsidP="00736BEF">
            <w:pPr>
              <w:spacing w:line="312" w:lineRule="auto"/>
              <w:rPr>
                <w:sz w:val="26"/>
                <w:szCs w:val="26"/>
              </w:rPr>
            </w:pPr>
            <w:r w:rsidRPr="00736BEF">
              <w:rPr>
                <w:sz w:val="26"/>
                <w:szCs w:val="26"/>
              </w:rPr>
              <w:t>Quản trị kinh doanh</w:t>
            </w:r>
          </w:p>
        </w:tc>
        <w:tc>
          <w:tcPr>
            <w:tcW w:w="0" w:type="auto"/>
            <w:tcMar>
              <w:top w:w="42" w:type="dxa"/>
              <w:left w:w="50" w:type="dxa"/>
              <w:bottom w:w="42" w:type="dxa"/>
              <w:right w:w="50" w:type="dxa"/>
            </w:tcMar>
            <w:vAlign w:val="center"/>
          </w:tcPr>
          <w:p w14:paraId="17233042" w14:textId="77777777" w:rsidR="00A96F0C" w:rsidRPr="00736BEF" w:rsidRDefault="00000000" w:rsidP="00736BEF">
            <w:pPr>
              <w:spacing w:line="312" w:lineRule="auto"/>
              <w:jc w:val="center"/>
              <w:rPr>
                <w:sz w:val="26"/>
                <w:szCs w:val="26"/>
              </w:rPr>
            </w:pPr>
            <w:r w:rsidRPr="00736BEF">
              <w:rPr>
                <w:sz w:val="26"/>
                <w:szCs w:val="26"/>
              </w:rPr>
              <w:t>7340101</w:t>
            </w:r>
          </w:p>
        </w:tc>
        <w:tc>
          <w:tcPr>
            <w:tcW w:w="0" w:type="auto"/>
            <w:tcMar>
              <w:top w:w="42" w:type="dxa"/>
              <w:left w:w="50" w:type="dxa"/>
              <w:bottom w:w="42" w:type="dxa"/>
              <w:right w:w="50" w:type="dxa"/>
            </w:tcMar>
            <w:vAlign w:val="center"/>
          </w:tcPr>
          <w:p w14:paraId="3BFF1BAF"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44D5DBE5"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5B61B96E"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4F13979D" w14:textId="77777777" w:rsidR="00A96F0C" w:rsidRPr="00736BEF" w:rsidRDefault="00A96F0C" w:rsidP="00736BEF">
            <w:pPr>
              <w:spacing w:line="312" w:lineRule="auto"/>
              <w:jc w:val="center"/>
              <w:rPr>
                <w:sz w:val="26"/>
                <w:szCs w:val="26"/>
              </w:rPr>
            </w:pPr>
          </w:p>
        </w:tc>
      </w:tr>
      <w:tr w:rsidR="00A96F0C" w:rsidRPr="00736BEF" w14:paraId="11BFB846" w14:textId="77777777" w:rsidTr="00736BEF">
        <w:trPr>
          <w:jc w:val="center"/>
        </w:trPr>
        <w:tc>
          <w:tcPr>
            <w:tcW w:w="0" w:type="auto"/>
            <w:tcMar>
              <w:top w:w="42" w:type="dxa"/>
              <w:left w:w="50" w:type="dxa"/>
              <w:bottom w:w="42" w:type="dxa"/>
              <w:right w:w="50" w:type="dxa"/>
            </w:tcMar>
            <w:vAlign w:val="center"/>
          </w:tcPr>
          <w:p w14:paraId="12A19C23" w14:textId="77777777" w:rsidR="00A96F0C" w:rsidRPr="00736BEF" w:rsidRDefault="00000000" w:rsidP="00736BEF">
            <w:pPr>
              <w:spacing w:line="312" w:lineRule="auto"/>
              <w:jc w:val="center"/>
              <w:rPr>
                <w:sz w:val="26"/>
                <w:szCs w:val="26"/>
              </w:rPr>
            </w:pPr>
            <w:r w:rsidRPr="00736BEF">
              <w:rPr>
                <w:sz w:val="26"/>
                <w:szCs w:val="26"/>
              </w:rPr>
              <w:t>16</w:t>
            </w:r>
          </w:p>
        </w:tc>
        <w:tc>
          <w:tcPr>
            <w:tcW w:w="0" w:type="auto"/>
            <w:tcMar>
              <w:top w:w="42" w:type="dxa"/>
              <w:left w:w="50" w:type="dxa"/>
              <w:bottom w:w="42" w:type="dxa"/>
              <w:right w:w="50" w:type="dxa"/>
            </w:tcMar>
            <w:vAlign w:val="center"/>
          </w:tcPr>
          <w:p w14:paraId="5CEFAC47" w14:textId="77777777" w:rsidR="00A96F0C" w:rsidRPr="00736BEF" w:rsidRDefault="00000000" w:rsidP="00736BEF">
            <w:pPr>
              <w:spacing w:line="312" w:lineRule="auto"/>
              <w:rPr>
                <w:sz w:val="26"/>
                <w:szCs w:val="26"/>
              </w:rPr>
            </w:pPr>
            <w:r w:rsidRPr="00736BEF">
              <w:rPr>
                <w:sz w:val="26"/>
                <w:szCs w:val="26"/>
              </w:rPr>
              <w:t>Quản trị nhân lực</w:t>
            </w:r>
          </w:p>
        </w:tc>
        <w:tc>
          <w:tcPr>
            <w:tcW w:w="0" w:type="auto"/>
            <w:tcMar>
              <w:top w:w="42" w:type="dxa"/>
              <w:left w:w="50" w:type="dxa"/>
              <w:bottom w:w="42" w:type="dxa"/>
              <w:right w:w="50" w:type="dxa"/>
            </w:tcMar>
            <w:vAlign w:val="center"/>
          </w:tcPr>
          <w:p w14:paraId="71B0F728" w14:textId="77777777" w:rsidR="00A96F0C" w:rsidRPr="00736BEF" w:rsidRDefault="00000000" w:rsidP="00736BEF">
            <w:pPr>
              <w:spacing w:line="312" w:lineRule="auto"/>
              <w:jc w:val="center"/>
              <w:rPr>
                <w:sz w:val="26"/>
                <w:szCs w:val="26"/>
              </w:rPr>
            </w:pPr>
            <w:r w:rsidRPr="00736BEF">
              <w:rPr>
                <w:sz w:val="26"/>
                <w:szCs w:val="26"/>
              </w:rPr>
              <w:t>7340404</w:t>
            </w:r>
          </w:p>
        </w:tc>
        <w:tc>
          <w:tcPr>
            <w:tcW w:w="0" w:type="auto"/>
            <w:tcMar>
              <w:top w:w="42" w:type="dxa"/>
              <w:left w:w="50" w:type="dxa"/>
              <w:bottom w:w="42" w:type="dxa"/>
              <w:right w:w="50" w:type="dxa"/>
            </w:tcMar>
            <w:vAlign w:val="center"/>
          </w:tcPr>
          <w:p w14:paraId="2D06B1CB"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74DF80C0"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3D5B34F2"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6F0AF0AB" w14:textId="77777777" w:rsidR="00A96F0C" w:rsidRPr="00736BEF" w:rsidRDefault="00A96F0C" w:rsidP="00736BEF">
            <w:pPr>
              <w:spacing w:line="312" w:lineRule="auto"/>
              <w:jc w:val="center"/>
              <w:rPr>
                <w:sz w:val="26"/>
                <w:szCs w:val="26"/>
              </w:rPr>
            </w:pPr>
          </w:p>
        </w:tc>
      </w:tr>
      <w:tr w:rsidR="00A96F0C" w:rsidRPr="00736BEF" w14:paraId="42601F6E" w14:textId="77777777" w:rsidTr="00736BEF">
        <w:trPr>
          <w:jc w:val="center"/>
        </w:trPr>
        <w:tc>
          <w:tcPr>
            <w:tcW w:w="0" w:type="auto"/>
            <w:tcMar>
              <w:top w:w="42" w:type="dxa"/>
              <w:left w:w="50" w:type="dxa"/>
              <w:bottom w:w="42" w:type="dxa"/>
              <w:right w:w="50" w:type="dxa"/>
            </w:tcMar>
            <w:vAlign w:val="center"/>
          </w:tcPr>
          <w:p w14:paraId="030D1B7E" w14:textId="77777777" w:rsidR="00A96F0C" w:rsidRPr="00736BEF" w:rsidRDefault="00000000" w:rsidP="00736BEF">
            <w:pPr>
              <w:spacing w:line="312" w:lineRule="auto"/>
              <w:jc w:val="center"/>
              <w:rPr>
                <w:sz w:val="26"/>
                <w:szCs w:val="26"/>
              </w:rPr>
            </w:pPr>
            <w:r w:rsidRPr="00736BEF">
              <w:rPr>
                <w:sz w:val="26"/>
                <w:szCs w:val="26"/>
              </w:rPr>
              <w:t>17</w:t>
            </w:r>
          </w:p>
        </w:tc>
        <w:tc>
          <w:tcPr>
            <w:tcW w:w="0" w:type="auto"/>
            <w:tcMar>
              <w:top w:w="42" w:type="dxa"/>
              <w:left w:w="50" w:type="dxa"/>
              <w:bottom w:w="42" w:type="dxa"/>
              <w:right w:w="50" w:type="dxa"/>
            </w:tcMar>
            <w:vAlign w:val="center"/>
          </w:tcPr>
          <w:p w14:paraId="28E45DE2" w14:textId="77777777" w:rsidR="00A96F0C" w:rsidRPr="00736BEF" w:rsidRDefault="00000000" w:rsidP="00736BEF">
            <w:pPr>
              <w:spacing w:line="312" w:lineRule="auto"/>
              <w:rPr>
                <w:sz w:val="26"/>
                <w:szCs w:val="26"/>
              </w:rPr>
            </w:pPr>
            <w:r w:rsidRPr="00736BEF">
              <w:rPr>
                <w:sz w:val="26"/>
                <w:szCs w:val="26"/>
              </w:rPr>
              <w:t>Marketing</w:t>
            </w:r>
          </w:p>
        </w:tc>
        <w:tc>
          <w:tcPr>
            <w:tcW w:w="0" w:type="auto"/>
            <w:tcMar>
              <w:top w:w="42" w:type="dxa"/>
              <w:left w:w="50" w:type="dxa"/>
              <w:bottom w:w="42" w:type="dxa"/>
              <w:right w:w="50" w:type="dxa"/>
            </w:tcMar>
            <w:vAlign w:val="center"/>
          </w:tcPr>
          <w:p w14:paraId="5BF267EA" w14:textId="77777777" w:rsidR="00A96F0C" w:rsidRPr="00736BEF" w:rsidRDefault="00000000" w:rsidP="00736BEF">
            <w:pPr>
              <w:spacing w:line="312" w:lineRule="auto"/>
              <w:jc w:val="center"/>
              <w:rPr>
                <w:sz w:val="26"/>
                <w:szCs w:val="26"/>
              </w:rPr>
            </w:pPr>
            <w:r w:rsidRPr="00736BEF">
              <w:rPr>
                <w:sz w:val="26"/>
                <w:szCs w:val="26"/>
              </w:rPr>
              <w:t>7340115</w:t>
            </w:r>
          </w:p>
        </w:tc>
        <w:tc>
          <w:tcPr>
            <w:tcW w:w="0" w:type="auto"/>
            <w:tcMar>
              <w:top w:w="42" w:type="dxa"/>
              <w:left w:w="50" w:type="dxa"/>
              <w:bottom w:w="42" w:type="dxa"/>
              <w:right w:w="50" w:type="dxa"/>
            </w:tcMar>
            <w:vAlign w:val="center"/>
          </w:tcPr>
          <w:p w14:paraId="7D89716B"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1CD107EA"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1A29612B"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40817B33" w14:textId="77777777" w:rsidR="00A96F0C" w:rsidRPr="00736BEF" w:rsidRDefault="00A96F0C" w:rsidP="00736BEF">
            <w:pPr>
              <w:spacing w:line="312" w:lineRule="auto"/>
              <w:jc w:val="center"/>
              <w:rPr>
                <w:sz w:val="26"/>
                <w:szCs w:val="26"/>
              </w:rPr>
            </w:pPr>
          </w:p>
        </w:tc>
      </w:tr>
      <w:tr w:rsidR="00A96F0C" w:rsidRPr="00736BEF" w14:paraId="0F63E90E" w14:textId="77777777" w:rsidTr="00736BEF">
        <w:trPr>
          <w:jc w:val="center"/>
        </w:trPr>
        <w:tc>
          <w:tcPr>
            <w:tcW w:w="0" w:type="auto"/>
            <w:tcMar>
              <w:top w:w="42" w:type="dxa"/>
              <w:left w:w="50" w:type="dxa"/>
              <w:bottom w:w="42" w:type="dxa"/>
              <w:right w:w="50" w:type="dxa"/>
            </w:tcMar>
            <w:vAlign w:val="center"/>
          </w:tcPr>
          <w:p w14:paraId="7CA298DF"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04CFA205" w14:textId="77777777" w:rsidR="00A96F0C" w:rsidRPr="00736BEF" w:rsidRDefault="00000000" w:rsidP="00736BEF">
            <w:pPr>
              <w:spacing w:line="312" w:lineRule="auto"/>
              <w:rPr>
                <w:sz w:val="26"/>
                <w:szCs w:val="26"/>
              </w:rPr>
            </w:pPr>
            <w:r w:rsidRPr="00736BEF">
              <w:rPr>
                <w:sz w:val="26"/>
                <w:szCs w:val="26"/>
              </w:rPr>
              <w:t>Kinh doanh quốc tế</w:t>
            </w:r>
          </w:p>
        </w:tc>
        <w:tc>
          <w:tcPr>
            <w:tcW w:w="0" w:type="auto"/>
            <w:tcMar>
              <w:top w:w="42" w:type="dxa"/>
              <w:left w:w="50" w:type="dxa"/>
              <w:bottom w:w="42" w:type="dxa"/>
              <w:right w:w="50" w:type="dxa"/>
            </w:tcMar>
            <w:vAlign w:val="center"/>
          </w:tcPr>
          <w:p w14:paraId="2C8748CC" w14:textId="77777777" w:rsidR="00A96F0C" w:rsidRPr="00736BEF" w:rsidRDefault="00000000" w:rsidP="00736BEF">
            <w:pPr>
              <w:spacing w:line="312" w:lineRule="auto"/>
              <w:jc w:val="center"/>
              <w:rPr>
                <w:sz w:val="26"/>
                <w:szCs w:val="26"/>
              </w:rPr>
            </w:pPr>
            <w:r w:rsidRPr="00736BEF">
              <w:rPr>
                <w:sz w:val="26"/>
                <w:szCs w:val="26"/>
              </w:rPr>
              <w:t>7340120</w:t>
            </w:r>
          </w:p>
        </w:tc>
        <w:tc>
          <w:tcPr>
            <w:tcW w:w="0" w:type="auto"/>
            <w:tcMar>
              <w:top w:w="42" w:type="dxa"/>
              <w:left w:w="50" w:type="dxa"/>
              <w:bottom w:w="42" w:type="dxa"/>
              <w:right w:w="50" w:type="dxa"/>
            </w:tcMar>
            <w:vAlign w:val="center"/>
          </w:tcPr>
          <w:p w14:paraId="5D008FAD"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7994CA51"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5C2289E6"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34111BCA" w14:textId="77777777" w:rsidR="00A96F0C" w:rsidRPr="00736BEF" w:rsidRDefault="00A96F0C" w:rsidP="00736BEF">
            <w:pPr>
              <w:spacing w:line="312" w:lineRule="auto"/>
              <w:jc w:val="center"/>
              <w:rPr>
                <w:sz w:val="26"/>
                <w:szCs w:val="26"/>
              </w:rPr>
            </w:pPr>
          </w:p>
        </w:tc>
      </w:tr>
      <w:tr w:rsidR="00A96F0C" w:rsidRPr="00736BEF" w14:paraId="14AABE3A" w14:textId="77777777" w:rsidTr="00736BEF">
        <w:trPr>
          <w:jc w:val="center"/>
        </w:trPr>
        <w:tc>
          <w:tcPr>
            <w:tcW w:w="0" w:type="auto"/>
            <w:tcMar>
              <w:top w:w="42" w:type="dxa"/>
              <w:left w:w="50" w:type="dxa"/>
              <w:bottom w:w="42" w:type="dxa"/>
              <w:right w:w="50" w:type="dxa"/>
            </w:tcMar>
            <w:vAlign w:val="center"/>
          </w:tcPr>
          <w:p w14:paraId="06F07B4E" w14:textId="77777777" w:rsidR="00A96F0C" w:rsidRPr="00736BEF" w:rsidRDefault="00000000" w:rsidP="00736BEF">
            <w:pPr>
              <w:spacing w:line="312" w:lineRule="auto"/>
              <w:jc w:val="center"/>
              <w:rPr>
                <w:sz w:val="26"/>
                <w:szCs w:val="26"/>
              </w:rPr>
            </w:pPr>
            <w:r w:rsidRPr="00736BEF">
              <w:rPr>
                <w:sz w:val="26"/>
                <w:szCs w:val="26"/>
              </w:rPr>
              <w:t>19</w:t>
            </w:r>
          </w:p>
        </w:tc>
        <w:tc>
          <w:tcPr>
            <w:tcW w:w="0" w:type="auto"/>
            <w:tcMar>
              <w:top w:w="42" w:type="dxa"/>
              <w:left w:w="50" w:type="dxa"/>
              <w:bottom w:w="42" w:type="dxa"/>
              <w:right w:w="50" w:type="dxa"/>
            </w:tcMar>
            <w:vAlign w:val="center"/>
          </w:tcPr>
          <w:p w14:paraId="52B7222C" w14:textId="77777777" w:rsidR="00A96F0C" w:rsidRPr="00736BEF" w:rsidRDefault="00000000" w:rsidP="00736BEF">
            <w:pPr>
              <w:spacing w:line="312" w:lineRule="auto"/>
              <w:rPr>
                <w:sz w:val="26"/>
                <w:szCs w:val="26"/>
              </w:rPr>
            </w:pPr>
            <w:r w:rsidRPr="00736BEF">
              <w:rPr>
                <w:sz w:val="26"/>
                <w:szCs w:val="26"/>
              </w:rPr>
              <w:t>Thương mại điện tử</w:t>
            </w:r>
          </w:p>
        </w:tc>
        <w:tc>
          <w:tcPr>
            <w:tcW w:w="0" w:type="auto"/>
            <w:tcMar>
              <w:top w:w="42" w:type="dxa"/>
              <w:left w:w="50" w:type="dxa"/>
              <w:bottom w:w="42" w:type="dxa"/>
              <w:right w:w="50" w:type="dxa"/>
            </w:tcMar>
            <w:vAlign w:val="center"/>
          </w:tcPr>
          <w:p w14:paraId="56A6CCB9" w14:textId="77777777" w:rsidR="00A96F0C" w:rsidRPr="00736BEF" w:rsidRDefault="00000000" w:rsidP="00736BEF">
            <w:pPr>
              <w:spacing w:line="312" w:lineRule="auto"/>
              <w:jc w:val="center"/>
              <w:rPr>
                <w:sz w:val="26"/>
                <w:szCs w:val="26"/>
              </w:rPr>
            </w:pPr>
            <w:r w:rsidRPr="00736BEF">
              <w:rPr>
                <w:sz w:val="26"/>
                <w:szCs w:val="26"/>
              </w:rPr>
              <w:t>7340122</w:t>
            </w:r>
          </w:p>
        </w:tc>
        <w:tc>
          <w:tcPr>
            <w:tcW w:w="0" w:type="auto"/>
            <w:tcMar>
              <w:top w:w="42" w:type="dxa"/>
              <w:left w:w="50" w:type="dxa"/>
              <w:bottom w:w="42" w:type="dxa"/>
              <w:right w:w="50" w:type="dxa"/>
            </w:tcMar>
            <w:vAlign w:val="center"/>
          </w:tcPr>
          <w:p w14:paraId="5808ADC5"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5FFF533A"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6128D127"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75ECB362" w14:textId="77777777" w:rsidR="00A96F0C" w:rsidRPr="00736BEF" w:rsidRDefault="00A96F0C" w:rsidP="00736BEF">
            <w:pPr>
              <w:spacing w:line="312" w:lineRule="auto"/>
              <w:jc w:val="center"/>
              <w:rPr>
                <w:sz w:val="26"/>
                <w:szCs w:val="26"/>
              </w:rPr>
            </w:pPr>
          </w:p>
        </w:tc>
      </w:tr>
      <w:tr w:rsidR="00A96F0C" w:rsidRPr="00736BEF" w14:paraId="0A1C49A0" w14:textId="77777777" w:rsidTr="00736BEF">
        <w:trPr>
          <w:jc w:val="center"/>
        </w:trPr>
        <w:tc>
          <w:tcPr>
            <w:tcW w:w="0" w:type="auto"/>
            <w:tcMar>
              <w:top w:w="42" w:type="dxa"/>
              <w:left w:w="50" w:type="dxa"/>
              <w:bottom w:w="42" w:type="dxa"/>
              <w:right w:w="50" w:type="dxa"/>
            </w:tcMar>
            <w:vAlign w:val="center"/>
          </w:tcPr>
          <w:p w14:paraId="755061DA" w14:textId="77777777" w:rsidR="00A96F0C" w:rsidRPr="00736BEF" w:rsidRDefault="00000000" w:rsidP="00736BEF">
            <w:pPr>
              <w:spacing w:line="312" w:lineRule="auto"/>
              <w:jc w:val="center"/>
              <w:rPr>
                <w:sz w:val="26"/>
                <w:szCs w:val="26"/>
              </w:rPr>
            </w:pPr>
            <w:r w:rsidRPr="00736BEF">
              <w:rPr>
                <w:sz w:val="26"/>
                <w:szCs w:val="26"/>
              </w:rPr>
              <w:t>20</w:t>
            </w:r>
          </w:p>
        </w:tc>
        <w:tc>
          <w:tcPr>
            <w:tcW w:w="0" w:type="auto"/>
            <w:tcMar>
              <w:top w:w="42" w:type="dxa"/>
              <w:left w:w="50" w:type="dxa"/>
              <w:bottom w:w="42" w:type="dxa"/>
              <w:right w:w="50" w:type="dxa"/>
            </w:tcMar>
            <w:vAlign w:val="center"/>
          </w:tcPr>
          <w:p w14:paraId="27C6DD89" w14:textId="77777777" w:rsidR="00A96F0C" w:rsidRPr="00736BEF" w:rsidRDefault="00000000" w:rsidP="00736BEF">
            <w:pPr>
              <w:spacing w:line="312" w:lineRule="auto"/>
              <w:rPr>
                <w:sz w:val="26"/>
                <w:szCs w:val="26"/>
              </w:rPr>
            </w:pPr>
            <w:r w:rsidRPr="00736BEF">
              <w:rPr>
                <w:sz w:val="26"/>
                <w:szCs w:val="26"/>
              </w:rPr>
              <w:t>Kinh tế</w:t>
            </w:r>
          </w:p>
        </w:tc>
        <w:tc>
          <w:tcPr>
            <w:tcW w:w="0" w:type="auto"/>
            <w:tcMar>
              <w:top w:w="42" w:type="dxa"/>
              <w:left w:w="50" w:type="dxa"/>
              <w:bottom w:w="42" w:type="dxa"/>
              <w:right w:w="50" w:type="dxa"/>
            </w:tcMar>
            <w:vAlign w:val="center"/>
          </w:tcPr>
          <w:p w14:paraId="132D95A2" w14:textId="77777777" w:rsidR="00A96F0C" w:rsidRPr="00736BEF" w:rsidRDefault="00000000" w:rsidP="00736BEF">
            <w:pPr>
              <w:spacing w:line="312" w:lineRule="auto"/>
              <w:jc w:val="center"/>
              <w:rPr>
                <w:sz w:val="26"/>
                <w:szCs w:val="26"/>
              </w:rPr>
            </w:pPr>
            <w:r w:rsidRPr="00736BEF">
              <w:rPr>
                <w:sz w:val="26"/>
                <w:szCs w:val="26"/>
              </w:rPr>
              <w:t>7310101</w:t>
            </w:r>
          </w:p>
        </w:tc>
        <w:tc>
          <w:tcPr>
            <w:tcW w:w="0" w:type="auto"/>
            <w:tcMar>
              <w:top w:w="42" w:type="dxa"/>
              <w:left w:w="50" w:type="dxa"/>
              <w:bottom w:w="42" w:type="dxa"/>
              <w:right w:w="50" w:type="dxa"/>
            </w:tcMar>
            <w:vAlign w:val="center"/>
          </w:tcPr>
          <w:p w14:paraId="56D2188E"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5504DBF9"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3677B7E0"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29D5CCBD" w14:textId="77777777" w:rsidR="00A96F0C" w:rsidRPr="00736BEF" w:rsidRDefault="00A96F0C" w:rsidP="00736BEF">
            <w:pPr>
              <w:spacing w:line="312" w:lineRule="auto"/>
              <w:jc w:val="center"/>
              <w:rPr>
                <w:sz w:val="26"/>
                <w:szCs w:val="26"/>
              </w:rPr>
            </w:pPr>
          </w:p>
        </w:tc>
      </w:tr>
      <w:tr w:rsidR="00A96F0C" w:rsidRPr="00736BEF" w14:paraId="37383DC9" w14:textId="77777777" w:rsidTr="00736BEF">
        <w:trPr>
          <w:jc w:val="center"/>
        </w:trPr>
        <w:tc>
          <w:tcPr>
            <w:tcW w:w="0" w:type="auto"/>
            <w:tcMar>
              <w:top w:w="42" w:type="dxa"/>
              <w:left w:w="50" w:type="dxa"/>
              <w:bottom w:w="42" w:type="dxa"/>
              <w:right w:w="50" w:type="dxa"/>
            </w:tcMar>
            <w:vAlign w:val="center"/>
          </w:tcPr>
          <w:p w14:paraId="7A41463B" w14:textId="77777777" w:rsidR="00A96F0C" w:rsidRPr="00736BEF" w:rsidRDefault="00000000" w:rsidP="00736BEF">
            <w:pPr>
              <w:spacing w:line="312" w:lineRule="auto"/>
              <w:jc w:val="center"/>
              <w:rPr>
                <w:sz w:val="26"/>
                <w:szCs w:val="26"/>
              </w:rPr>
            </w:pPr>
            <w:r w:rsidRPr="00736BEF">
              <w:rPr>
                <w:sz w:val="26"/>
                <w:szCs w:val="26"/>
              </w:rPr>
              <w:lastRenderedPageBreak/>
              <w:t>21</w:t>
            </w:r>
          </w:p>
        </w:tc>
        <w:tc>
          <w:tcPr>
            <w:tcW w:w="0" w:type="auto"/>
            <w:tcMar>
              <w:top w:w="42" w:type="dxa"/>
              <w:left w:w="50" w:type="dxa"/>
              <w:bottom w:w="42" w:type="dxa"/>
              <w:right w:w="50" w:type="dxa"/>
            </w:tcMar>
            <w:vAlign w:val="center"/>
          </w:tcPr>
          <w:p w14:paraId="35302DBC" w14:textId="77777777" w:rsidR="00A96F0C" w:rsidRPr="00736BEF" w:rsidRDefault="00000000" w:rsidP="00736BEF">
            <w:pPr>
              <w:spacing w:line="312" w:lineRule="auto"/>
              <w:rPr>
                <w:sz w:val="26"/>
                <w:szCs w:val="26"/>
              </w:rPr>
            </w:pPr>
            <w:r w:rsidRPr="00736BEF">
              <w:rPr>
                <w:sz w:val="26"/>
                <w:szCs w:val="26"/>
              </w:rPr>
              <w:t>Kinh tế số</w:t>
            </w:r>
          </w:p>
        </w:tc>
        <w:tc>
          <w:tcPr>
            <w:tcW w:w="0" w:type="auto"/>
            <w:tcMar>
              <w:top w:w="42" w:type="dxa"/>
              <w:left w:w="50" w:type="dxa"/>
              <w:bottom w:w="42" w:type="dxa"/>
              <w:right w:w="50" w:type="dxa"/>
            </w:tcMar>
            <w:vAlign w:val="center"/>
          </w:tcPr>
          <w:p w14:paraId="14575925" w14:textId="77777777" w:rsidR="00A96F0C" w:rsidRPr="00736BEF" w:rsidRDefault="00000000" w:rsidP="00736BEF">
            <w:pPr>
              <w:spacing w:line="312" w:lineRule="auto"/>
              <w:jc w:val="center"/>
              <w:rPr>
                <w:sz w:val="26"/>
                <w:szCs w:val="26"/>
              </w:rPr>
            </w:pPr>
            <w:r w:rsidRPr="00736BEF">
              <w:rPr>
                <w:sz w:val="26"/>
                <w:szCs w:val="26"/>
              </w:rPr>
              <w:t>7310109</w:t>
            </w:r>
          </w:p>
        </w:tc>
        <w:tc>
          <w:tcPr>
            <w:tcW w:w="0" w:type="auto"/>
            <w:tcMar>
              <w:top w:w="42" w:type="dxa"/>
              <w:left w:w="50" w:type="dxa"/>
              <w:bottom w:w="42" w:type="dxa"/>
              <w:right w:w="50" w:type="dxa"/>
            </w:tcMar>
            <w:vAlign w:val="center"/>
          </w:tcPr>
          <w:p w14:paraId="76039DBB"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03C6FF1B"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04355F24"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0E8FA1A0" w14:textId="77777777" w:rsidR="00A96F0C" w:rsidRPr="00736BEF" w:rsidRDefault="00A96F0C" w:rsidP="00736BEF">
            <w:pPr>
              <w:spacing w:line="312" w:lineRule="auto"/>
              <w:jc w:val="center"/>
              <w:rPr>
                <w:sz w:val="26"/>
                <w:szCs w:val="26"/>
              </w:rPr>
            </w:pPr>
          </w:p>
        </w:tc>
      </w:tr>
      <w:tr w:rsidR="00A96F0C" w:rsidRPr="00736BEF" w14:paraId="5052059D" w14:textId="77777777" w:rsidTr="00736BEF">
        <w:trPr>
          <w:jc w:val="center"/>
        </w:trPr>
        <w:tc>
          <w:tcPr>
            <w:tcW w:w="0" w:type="auto"/>
            <w:tcMar>
              <w:top w:w="42" w:type="dxa"/>
              <w:left w:w="50" w:type="dxa"/>
              <w:bottom w:w="42" w:type="dxa"/>
              <w:right w:w="50" w:type="dxa"/>
            </w:tcMar>
            <w:vAlign w:val="center"/>
          </w:tcPr>
          <w:p w14:paraId="03A70684" w14:textId="77777777" w:rsidR="00A96F0C" w:rsidRPr="00736BEF" w:rsidRDefault="00000000" w:rsidP="00736BEF">
            <w:pPr>
              <w:spacing w:line="312" w:lineRule="auto"/>
              <w:jc w:val="center"/>
              <w:rPr>
                <w:sz w:val="26"/>
                <w:szCs w:val="26"/>
              </w:rPr>
            </w:pPr>
            <w:r w:rsidRPr="00736BEF">
              <w:rPr>
                <w:sz w:val="26"/>
                <w:szCs w:val="26"/>
              </w:rPr>
              <w:t>22</w:t>
            </w:r>
          </w:p>
        </w:tc>
        <w:tc>
          <w:tcPr>
            <w:tcW w:w="0" w:type="auto"/>
            <w:tcMar>
              <w:top w:w="42" w:type="dxa"/>
              <w:left w:w="50" w:type="dxa"/>
              <w:bottom w:w="42" w:type="dxa"/>
              <w:right w:w="50" w:type="dxa"/>
            </w:tcMar>
            <w:vAlign w:val="center"/>
          </w:tcPr>
          <w:p w14:paraId="39B195CC" w14:textId="77777777" w:rsidR="00A96F0C" w:rsidRPr="00736BEF" w:rsidRDefault="00000000" w:rsidP="00736BEF">
            <w:pPr>
              <w:spacing w:line="312" w:lineRule="auto"/>
              <w:rPr>
                <w:sz w:val="26"/>
                <w:szCs w:val="26"/>
              </w:rPr>
            </w:pPr>
            <w:r w:rsidRPr="00736BEF">
              <w:rPr>
                <w:sz w:val="26"/>
                <w:szCs w:val="26"/>
              </w:rPr>
              <w:t>Tài chính - Ngân hàng</w:t>
            </w:r>
          </w:p>
        </w:tc>
        <w:tc>
          <w:tcPr>
            <w:tcW w:w="0" w:type="auto"/>
            <w:tcMar>
              <w:top w:w="42" w:type="dxa"/>
              <w:left w:w="50" w:type="dxa"/>
              <w:bottom w:w="42" w:type="dxa"/>
              <w:right w:w="50" w:type="dxa"/>
            </w:tcMar>
            <w:vAlign w:val="center"/>
          </w:tcPr>
          <w:p w14:paraId="6CCC9484" w14:textId="77777777" w:rsidR="00A96F0C" w:rsidRPr="00736BEF" w:rsidRDefault="00000000" w:rsidP="00736BEF">
            <w:pPr>
              <w:spacing w:line="312" w:lineRule="auto"/>
              <w:jc w:val="center"/>
              <w:rPr>
                <w:sz w:val="26"/>
                <w:szCs w:val="26"/>
              </w:rPr>
            </w:pPr>
            <w:r w:rsidRPr="00736BEF">
              <w:rPr>
                <w:sz w:val="26"/>
                <w:szCs w:val="26"/>
              </w:rPr>
              <w:t>7340201</w:t>
            </w:r>
          </w:p>
        </w:tc>
        <w:tc>
          <w:tcPr>
            <w:tcW w:w="0" w:type="auto"/>
            <w:tcMar>
              <w:top w:w="42" w:type="dxa"/>
              <w:left w:w="50" w:type="dxa"/>
              <w:bottom w:w="42" w:type="dxa"/>
              <w:right w:w="50" w:type="dxa"/>
            </w:tcMar>
            <w:vAlign w:val="center"/>
          </w:tcPr>
          <w:p w14:paraId="7F6A6AE2"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309365B3"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21B158C6"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2BA7681E" w14:textId="77777777" w:rsidR="00A96F0C" w:rsidRPr="00736BEF" w:rsidRDefault="00A96F0C" w:rsidP="00736BEF">
            <w:pPr>
              <w:spacing w:line="312" w:lineRule="auto"/>
              <w:jc w:val="center"/>
              <w:rPr>
                <w:sz w:val="26"/>
                <w:szCs w:val="26"/>
              </w:rPr>
            </w:pPr>
          </w:p>
        </w:tc>
      </w:tr>
      <w:tr w:rsidR="00A96F0C" w:rsidRPr="00736BEF" w14:paraId="570F2361" w14:textId="77777777" w:rsidTr="00736BEF">
        <w:trPr>
          <w:jc w:val="center"/>
        </w:trPr>
        <w:tc>
          <w:tcPr>
            <w:tcW w:w="0" w:type="auto"/>
            <w:tcMar>
              <w:top w:w="42" w:type="dxa"/>
              <w:left w:w="50" w:type="dxa"/>
              <w:bottom w:w="42" w:type="dxa"/>
              <w:right w:w="50" w:type="dxa"/>
            </w:tcMar>
            <w:vAlign w:val="center"/>
          </w:tcPr>
          <w:p w14:paraId="75AE3325" w14:textId="77777777" w:rsidR="00A96F0C" w:rsidRPr="00736BEF" w:rsidRDefault="00000000" w:rsidP="00736BEF">
            <w:pPr>
              <w:spacing w:line="312" w:lineRule="auto"/>
              <w:jc w:val="center"/>
              <w:rPr>
                <w:sz w:val="26"/>
                <w:szCs w:val="26"/>
              </w:rPr>
            </w:pPr>
            <w:r w:rsidRPr="00736BEF">
              <w:rPr>
                <w:sz w:val="26"/>
                <w:szCs w:val="26"/>
              </w:rPr>
              <w:t>23</w:t>
            </w:r>
          </w:p>
        </w:tc>
        <w:tc>
          <w:tcPr>
            <w:tcW w:w="0" w:type="auto"/>
            <w:tcMar>
              <w:top w:w="42" w:type="dxa"/>
              <w:left w:w="50" w:type="dxa"/>
              <w:bottom w:w="42" w:type="dxa"/>
              <w:right w:w="50" w:type="dxa"/>
            </w:tcMar>
            <w:vAlign w:val="center"/>
          </w:tcPr>
          <w:p w14:paraId="36ED0DD9" w14:textId="77777777" w:rsidR="00A96F0C" w:rsidRPr="00736BEF" w:rsidRDefault="00000000" w:rsidP="00736BEF">
            <w:pPr>
              <w:spacing w:line="312" w:lineRule="auto"/>
              <w:rPr>
                <w:sz w:val="26"/>
                <w:szCs w:val="26"/>
              </w:rPr>
            </w:pPr>
            <w:r w:rsidRPr="00736BEF">
              <w:rPr>
                <w:sz w:val="26"/>
                <w:szCs w:val="26"/>
              </w:rPr>
              <w:t>Công nghệ tài chính</w:t>
            </w:r>
          </w:p>
        </w:tc>
        <w:tc>
          <w:tcPr>
            <w:tcW w:w="0" w:type="auto"/>
            <w:tcMar>
              <w:top w:w="42" w:type="dxa"/>
              <w:left w:w="50" w:type="dxa"/>
              <w:bottom w:w="42" w:type="dxa"/>
              <w:right w:w="50" w:type="dxa"/>
            </w:tcMar>
            <w:vAlign w:val="center"/>
          </w:tcPr>
          <w:p w14:paraId="3F391DF7" w14:textId="77777777" w:rsidR="00A96F0C" w:rsidRPr="00736BEF" w:rsidRDefault="00000000" w:rsidP="00736BEF">
            <w:pPr>
              <w:spacing w:line="312" w:lineRule="auto"/>
              <w:jc w:val="center"/>
              <w:rPr>
                <w:sz w:val="26"/>
                <w:szCs w:val="26"/>
              </w:rPr>
            </w:pPr>
            <w:r w:rsidRPr="00736BEF">
              <w:rPr>
                <w:sz w:val="26"/>
                <w:szCs w:val="26"/>
              </w:rPr>
              <w:t>7340205</w:t>
            </w:r>
          </w:p>
        </w:tc>
        <w:tc>
          <w:tcPr>
            <w:tcW w:w="0" w:type="auto"/>
            <w:tcMar>
              <w:top w:w="42" w:type="dxa"/>
              <w:left w:w="50" w:type="dxa"/>
              <w:bottom w:w="42" w:type="dxa"/>
              <w:right w:w="50" w:type="dxa"/>
            </w:tcMar>
            <w:vAlign w:val="center"/>
          </w:tcPr>
          <w:p w14:paraId="0D3F684C"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5490DDBC"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549762FE"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4EBD811D" w14:textId="77777777" w:rsidR="00A96F0C" w:rsidRPr="00736BEF" w:rsidRDefault="00A96F0C" w:rsidP="00736BEF">
            <w:pPr>
              <w:spacing w:line="312" w:lineRule="auto"/>
              <w:jc w:val="center"/>
              <w:rPr>
                <w:sz w:val="26"/>
                <w:szCs w:val="26"/>
              </w:rPr>
            </w:pPr>
          </w:p>
        </w:tc>
      </w:tr>
      <w:tr w:rsidR="00A96F0C" w:rsidRPr="00736BEF" w14:paraId="44C01BD2" w14:textId="77777777" w:rsidTr="00736BEF">
        <w:trPr>
          <w:jc w:val="center"/>
        </w:trPr>
        <w:tc>
          <w:tcPr>
            <w:tcW w:w="0" w:type="auto"/>
            <w:tcMar>
              <w:top w:w="42" w:type="dxa"/>
              <w:left w:w="50" w:type="dxa"/>
              <w:bottom w:w="42" w:type="dxa"/>
              <w:right w:w="50" w:type="dxa"/>
            </w:tcMar>
            <w:vAlign w:val="center"/>
          </w:tcPr>
          <w:p w14:paraId="7ACD2503" w14:textId="77777777" w:rsidR="00A96F0C" w:rsidRPr="00736BEF" w:rsidRDefault="00000000" w:rsidP="00736BEF">
            <w:pPr>
              <w:spacing w:line="312" w:lineRule="auto"/>
              <w:jc w:val="center"/>
              <w:rPr>
                <w:sz w:val="26"/>
                <w:szCs w:val="26"/>
              </w:rPr>
            </w:pPr>
            <w:r w:rsidRPr="00736BEF">
              <w:rPr>
                <w:sz w:val="26"/>
                <w:szCs w:val="26"/>
              </w:rPr>
              <w:t>24</w:t>
            </w:r>
          </w:p>
        </w:tc>
        <w:tc>
          <w:tcPr>
            <w:tcW w:w="0" w:type="auto"/>
            <w:tcMar>
              <w:top w:w="42" w:type="dxa"/>
              <w:left w:w="50" w:type="dxa"/>
              <w:bottom w:w="42" w:type="dxa"/>
              <w:right w:w="50" w:type="dxa"/>
            </w:tcMar>
            <w:vAlign w:val="center"/>
          </w:tcPr>
          <w:p w14:paraId="2B11F00F" w14:textId="77777777" w:rsidR="00A96F0C" w:rsidRPr="00736BEF" w:rsidRDefault="00000000" w:rsidP="00736BEF">
            <w:pPr>
              <w:spacing w:line="312" w:lineRule="auto"/>
              <w:rPr>
                <w:sz w:val="26"/>
                <w:szCs w:val="26"/>
              </w:rPr>
            </w:pPr>
            <w:r w:rsidRPr="00736BEF">
              <w:rPr>
                <w:sz w:val="26"/>
                <w:szCs w:val="26"/>
              </w:rPr>
              <w:t>Logistics và quản lý chuỗi cung ứng</w:t>
            </w:r>
          </w:p>
        </w:tc>
        <w:tc>
          <w:tcPr>
            <w:tcW w:w="0" w:type="auto"/>
            <w:tcMar>
              <w:top w:w="42" w:type="dxa"/>
              <w:left w:w="50" w:type="dxa"/>
              <w:bottom w:w="42" w:type="dxa"/>
              <w:right w:w="50" w:type="dxa"/>
            </w:tcMar>
            <w:vAlign w:val="center"/>
          </w:tcPr>
          <w:p w14:paraId="6A332E9D" w14:textId="77777777" w:rsidR="00A96F0C" w:rsidRPr="00736BEF" w:rsidRDefault="00000000" w:rsidP="00736BEF">
            <w:pPr>
              <w:spacing w:line="312" w:lineRule="auto"/>
              <w:jc w:val="center"/>
              <w:rPr>
                <w:sz w:val="26"/>
                <w:szCs w:val="26"/>
              </w:rPr>
            </w:pPr>
            <w:r w:rsidRPr="00736BEF">
              <w:rPr>
                <w:sz w:val="26"/>
                <w:szCs w:val="26"/>
              </w:rPr>
              <w:t>7510605</w:t>
            </w:r>
          </w:p>
        </w:tc>
        <w:tc>
          <w:tcPr>
            <w:tcW w:w="0" w:type="auto"/>
            <w:tcMar>
              <w:top w:w="42" w:type="dxa"/>
              <w:left w:w="50" w:type="dxa"/>
              <w:bottom w:w="42" w:type="dxa"/>
              <w:right w:w="50" w:type="dxa"/>
            </w:tcMar>
            <w:vAlign w:val="center"/>
          </w:tcPr>
          <w:p w14:paraId="48901B98"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5B7F78E6"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444DF1DC"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7D446ABF" w14:textId="77777777" w:rsidR="00A96F0C" w:rsidRPr="00736BEF" w:rsidRDefault="00A96F0C" w:rsidP="00736BEF">
            <w:pPr>
              <w:spacing w:line="312" w:lineRule="auto"/>
              <w:jc w:val="center"/>
              <w:rPr>
                <w:sz w:val="26"/>
                <w:szCs w:val="26"/>
              </w:rPr>
            </w:pPr>
          </w:p>
        </w:tc>
      </w:tr>
      <w:tr w:rsidR="00A96F0C" w:rsidRPr="00736BEF" w14:paraId="788076D3" w14:textId="77777777" w:rsidTr="00736BEF">
        <w:trPr>
          <w:jc w:val="center"/>
        </w:trPr>
        <w:tc>
          <w:tcPr>
            <w:tcW w:w="0" w:type="auto"/>
            <w:tcMar>
              <w:top w:w="42" w:type="dxa"/>
              <w:left w:w="50" w:type="dxa"/>
              <w:bottom w:w="42" w:type="dxa"/>
              <w:right w:w="50" w:type="dxa"/>
            </w:tcMar>
            <w:vAlign w:val="center"/>
          </w:tcPr>
          <w:p w14:paraId="18F819A3" w14:textId="77777777" w:rsidR="00A96F0C" w:rsidRPr="00736BEF" w:rsidRDefault="00000000" w:rsidP="00736BEF">
            <w:pPr>
              <w:spacing w:line="312" w:lineRule="auto"/>
              <w:jc w:val="center"/>
              <w:rPr>
                <w:sz w:val="26"/>
                <w:szCs w:val="26"/>
              </w:rPr>
            </w:pPr>
            <w:r w:rsidRPr="00736BEF">
              <w:rPr>
                <w:sz w:val="26"/>
                <w:szCs w:val="26"/>
              </w:rPr>
              <w:t>25</w:t>
            </w:r>
          </w:p>
        </w:tc>
        <w:tc>
          <w:tcPr>
            <w:tcW w:w="0" w:type="auto"/>
            <w:tcMar>
              <w:top w:w="42" w:type="dxa"/>
              <w:left w:w="50" w:type="dxa"/>
              <w:bottom w:w="42" w:type="dxa"/>
              <w:right w:w="50" w:type="dxa"/>
            </w:tcMar>
            <w:vAlign w:val="center"/>
          </w:tcPr>
          <w:p w14:paraId="00FC4D99" w14:textId="77777777" w:rsidR="00A96F0C" w:rsidRPr="00736BEF" w:rsidRDefault="00000000" w:rsidP="00736BEF">
            <w:pPr>
              <w:spacing w:line="312" w:lineRule="auto"/>
              <w:rPr>
                <w:sz w:val="26"/>
                <w:szCs w:val="26"/>
              </w:rPr>
            </w:pPr>
            <w:r w:rsidRPr="00736BEF">
              <w:rPr>
                <w:sz w:val="26"/>
                <w:szCs w:val="26"/>
              </w:rPr>
              <w:t>Kế toán</w:t>
            </w:r>
          </w:p>
        </w:tc>
        <w:tc>
          <w:tcPr>
            <w:tcW w:w="0" w:type="auto"/>
            <w:tcMar>
              <w:top w:w="42" w:type="dxa"/>
              <w:left w:w="50" w:type="dxa"/>
              <w:bottom w:w="42" w:type="dxa"/>
              <w:right w:w="50" w:type="dxa"/>
            </w:tcMar>
            <w:vAlign w:val="center"/>
          </w:tcPr>
          <w:p w14:paraId="6A398FB7" w14:textId="77777777" w:rsidR="00A96F0C" w:rsidRPr="00736BEF" w:rsidRDefault="00000000" w:rsidP="00736BEF">
            <w:pPr>
              <w:spacing w:line="312" w:lineRule="auto"/>
              <w:jc w:val="center"/>
              <w:rPr>
                <w:sz w:val="26"/>
                <w:szCs w:val="26"/>
              </w:rPr>
            </w:pPr>
            <w:r w:rsidRPr="00736BEF">
              <w:rPr>
                <w:sz w:val="26"/>
                <w:szCs w:val="26"/>
              </w:rPr>
              <w:t>7340301</w:t>
            </w:r>
          </w:p>
        </w:tc>
        <w:tc>
          <w:tcPr>
            <w:tcW w:w="0" w:type="auto"/>
            <w:tcMar>
              <w:top w:w="42" w:type="dxa"/>
              <w:left w:w="50" w:type="dxa"/>
              <w:bottom w:w="42" w:type="dxa"/>
              <w:right w:w="50" w:type="dxa"/>
            </w:tcMar>
            <w:vAlign w:val="center"/>
          </w:tcPr>
          <w:p w14:paraId="3D4B54F8"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0E078C35"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529A8620"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0D184E4C" w14:textId="77777777" w:rsidR="00A96F0C" w:rsidRPr="00736BEF" w:rsidRDefault="00A96F0C" w:rsidP="00736BEF">
            <w:pPr>
              <w:spacing w:line="312" w:lineRule="auto"/>
              <w:jc w:val="center"/>
              <w:rPr>
                <w:sz w:val="26"/>
                <w:szCs w:val="26"/>
              </w:rPr>
            </w:pPr>
          </w:p>
        </w:tc>
      </w:tr>
      <w:tr w:rsidR="00A96F0C" w:rsidRPr="00736BEF" w14:paraId="5112E3E3" w14:textId="77777777" w:rsidTr="00736BEF">
        <w:trPr>
          <w:jc w:val="center"/>
        </w:trPr>
        <w:tc>
          <w:tcPr>
            <w:tcW w:w="0" w:type="auto"/>
            <w:tcMar>
              <w:top w:w="42" w:type="dxa"/>
              <w:left w:w="50" w:type="dxa"/>
              <w:bottom w:w="42" w:type="dxa"/>
              <w:right w:w="50" w:type="dxa"/>
            </w:tcMar>
            <w:vAlign w:val="center"/>
          </w:tcPr>
          <w:p w14:paraId="735B65D9" w14:textId="77777777" w:rsidR="00A96F0C" w:rsidRPr="00736BEF" w:rsidRDefault="00000000" w:rsidP="00736BEF">
            <w:pPr>
              <w:spacing w:line="312" w:lineRule="auto"/>
              <w:jc w:val="center"/>
              <w:rPr>
                <w:sz w:val="26"/>
                <w:szCs w:val="26"/>
              </w:rPr>
            </w:pPr>
            <w:r w:rsidRPr="00736BEF">
              <w:rPr>
                <w:sz w:val="26"/>
                <w:szCs w:val="26"/>
              </w:rPr>
              <w:t>26</w:t>
            </w:r>
          </w:p>
        </w:tc>
        <w:tc>
          <w:tcPr>
            <w:tcW w:w="0" w:type="auto"/>
            <w:tcMar>
              <w:top w:w="42" w:type="dxa"/>
              <w:left w:w="50" w:type="dxa"/>
              <w:bottom w:w="42" w:type="dxa"/>
              <w:right w:w="50" w:type="dxa"/>
            </w:tcMar>
            <w:vAlign w:val="center"/>
          </w:tcPr>
          <w:p w14:paraId="145F36F0" w14:textId="77777777" w:rsidR="00A96F0C" w:rsidRPr="00736BEF" w:rsidRDefault="00000000" w:rsidP="00736BEF">
            <w:pPr>
              <w:spacing w:line="312" w:lineRule="auto"/>
              <w:rPr>
                <w:sz w:val="26"/>
                <w:szCs w:val="26"/>
              </w:rPr>
            </w:pPr>
            <w:r w:rsidRPr="00736BEF">
              <w:rPr>
                <w:sz w:val="26"/>
                <w:szCs w:val="26"/>
              </w:rPr>
              <w:t>Tâm lý học</w:t>
            </w:r>
          </w:p>
        </w:tc>
        <w:tc>
          <w:tcPr>
            <w:tcW w:w="0" w:type="auto"/>
            <w:tcMar>
              <w:top w:w="42" w:type="dxa"/>
              <w:left w:w="50" w:type="dxa"/>
              <w:bottom w:w="42" w:type="dxa"/>
              <w:right w:w="50" w:type="dxa"/>
            </w:tcMar>
            <w:vAlign w:val="center"/>
          </w:tcPr>
          <w:p w14:paraId="23CB4777" w14:textId="77777777" w:rsidR="00A96F0C" w:rsidRPr="00736BEF" w:rsidRDefault="00000000" w:rsidP="00736BEF">
            <w:pPr>
              <w:spacing w:line="312" w:lineRule="auto"/>
              <w:jc w:val="center"/>
              <w:rPr>
                <w:sz w:val="26"/>
                <w:szCs w:val="26"/>
              </w:rPr>
            </w:pPr>
            <w:r w:rsidRPr="00736BEF">
              <w:rPr>
                <w:sz w:val="26"/>
                <w:szCs w:val="26"/>
              </w:rPr>
              <w:t>7310401</w:t>
            </w:r>
          </w:p>
        </w:tc>
        <w:tc>
          <w:tcPr>
            <w:tcW w:w="0" w:type="auto"/>
            <w:tcMar>
              <w:top w:w="42" w:type="dxa"/>
              <w:left w:w="50" w:type="dxa"/>
              <w:bottom w:w="42" w:type="dxa"/>
              <w:right w:w="50" w:type="dxa"/>
            </w:tcMar>
            <w:vAlign w:val="center"/>
          </w:tcPr>
          <w:p w14:paraId="48817580"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29857E1A"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014373AE"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13B99196" w14:textId="77777777" w:rsidR="00A96F0C" w:rsidRPr="00736BEF" w:rsidRDefault="00A96F0C" w:rsidP="00736BEF">
            <w:pPr>
              <w:spacing w:line="312" w:lineRule="auto"/>
              <w:jc w:val="center"/>
              <w:rPr>
                <w:sz w:val="26"/>
                <w:szCs w:val="26"/>
              </w:rPr>
            </w:pPr>
          </w:p>
        </w:tc>
      </w:tr>
      <w:tr w:rsidR="00A96F0C" w:rsidRPr="00736BEF" w14:paraId="4E7F1C2F" w14:textId="77777777" w:rsidTr="00736BEF">
        <w:trPr>
          <w:jc w:val="center"/>
        </w:trPr>
        <w:tc>
          <w:tcPr>
            <w:tcW w:w="0" w:type="auto"/>
            <w:tcMar>
              <w:top w:w="42" w:type="dxa"/>
              <w:left w:w="50" w:type="dxa"/>
              <w:bottom w:w="42" w:type="dxa"/>
              <w:right w:w="50" w:type="dxa"/>
            </w:tcMar>
            <w:vAlign w:val="center"/>
          </w:tcPr>
          <w:p w14:paraId="5CBD49E0" w14:textId="77777777" w:rsidR="00A96F0C" w:rsidRPr="00736BEF" w:rsidRDefault="00000000" w:rsidP="00736BEF">
            <w:pPr>
              <w:spacing w:line="312" w:lineRule="auto"/>
              <w:jc w:val="center"/>
              <w:rPr>
                <w:sz w:val="26"/>
                <w:szCs w:val="26"/>
              </w:rPr>
            </w:pPr>
            <w:r w:rsidRPr="00736BEF">
              <w:rPr>
                <w:sz w:val="26"/>
                <w:szCs w:val="26"/>
              </w:rPr>
              <w:t>27</w:t>
            </w:r>
          </w:p>
        </w:tc>
        <w:tc>
          <w:tcPr>
            <w:tcW w:w="0" w:type="auto"/>
            <w:tcMar>
              <w:top w:w="42" w:type="dxa"/>
              <w:left w:w="50" w:type="dxa"/>
              <w:bottom w:w="42" w:type="dxa"/>
              <w:right w:w="50" w:type="dxa"/>
            </w:tcMar>
            <w:vAlign w:val="center"/>
          </w:tcPr>
          <w:p w14:paraId="64C806C4" w14:textId="77777777" w:rsidR="00A96F0C" w:rsidRPr="00736BEF" w:rsidRDefault="00000000" w:rsidP="00736BEF">
            <w:pPr>
              <w:spacing w:line="312" w:lineRule="auto"/>
              <w:rPr>
                <w:sz w:val="26"/>
                <w:szCs w:val="26"/>
              </w:rPr>
            </w:pPr>
            <w:r w:rsidRPr="00736BEF">
              <w:rPr>
                <w:sz w:val="26"/>
                <w:szCs w:val="26"/>
              </w:rPr>
              <w:t>Luật</w:t>
            </w:r>
          </w:p>
        </w:tc>
        <w:tc>
          <w:tcPr>
            <w:tcW w:w="0" w:type="auto"/>
            <w:tcMar>
              <w:top w:w="42" w:type="dxa"/>
              <w:left w:w="50" w:type="dxa"/>
              <w:bottom w:w="42" w:type="dxa"/>
              <w:right w:w="50" w:type="dxa"/>
            </w:tcMar>
            <w:vAlign w:val="center"/>
          </w:tcPr>
          <w:p w14:paraId="68B878B9" w14:textId="77777777" w:rsidR="00A96F0C" w:rsidRPr="00736BEF" w:rsidRDefault="00000000" w:rsidP="00736BEF">
            <w:pPr>
              <w:spacing w:line="312" w:lineRule="auto"/>
              <w:jc w:val="center"/>
              <w:rPr>
                <w:sz w:val="26"/>
                <w:szCs w:val="26"/>
              </w:rPr>
            </w:pPr>
            <w:r w:rsidRPr="00736BEF">
              <w:rPr>
                <w:sz w:val="26"/>
                <w:szCs w:val="26"/>
              </w:rPr>
              <w:t>7380101</w:t>
            </w:r>
          </w:p>
        </w:tc>
        <w:tc>
          <w:tcPr>
            <w:tcW w:w="0" w:type="auto"/>
            <w:tcMar>
              <w:top w:w="42" w:type="dxa"/>
              <w:left w:w="50" w:type="dxa"/>
              <w:bottom w:w="42" w:type="dxa"/>
              <w:right w:w="50" w:type="dxa"/>
            </w:tcMar>
            <w:vAlign w:val="center"/>
          </w:tcPr>
          <w:p w14:paraId="07FC4427" w14:textId="77777777" w:rsidR="00A96F0C" w:rsidRPr="00736BEF" w:rsidRDefault="00000000" w:rsidP="00736BEF">
            <w:pPr>
              <w:spacing w:line="312" w:lineRule="auto"/>
              <w:jc w:val="center"/>
              <w:rPr>
                <w:sz w:val="26"/>
                <w:szCs w:val="26"/>
              </w:rPr>
            </w:pPr>
            <w:r w:rsidRPr="00736BEF">
              <w:rPr>
                <w:sz w:val="26"/>
                <w:szCs w:val="26"/>
              </w:rPr>
              <w:t>20</w:t>
            </w:r>
          </w:p>
        </w:tc>
        <w:tc>
          <w:tcPr>
            <w:tcW w:w="0" w:type="auto"/>
            <w:tcMar>
              <w:top w:w="42" w:type="dxa"/>
              <w:left w:w="50" w:type="dxa"/>
              <w:bottom w:w="42" w:type="dxa"/>
              <w:right w:w="50" w:type="dxa"/>
            </w:tcMar>
            <w:vAlign w:val="center"/>
          </w:tcPr>
          <w:p w14:paraId="73CF31B4"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6EB2C6AA" w14:textId="77777777" w:rsidR="00A96F0C" w:rsidRPr="00736BEF" w:rsidRDefault="00A96F0C" w:rsidP="00736BEF">
            <w:pPr>
              <w:spacing w:line="312" w:lineRule="auto"/>
              <w:jc w:val="center"/>
              <w:rPr>
                <w:sz w:val="26"/>
                <w:szCs w:val="26"/>
              </w:rPr>
            </w:pPr>
          </w:p>
        </w:tc>
        <w:tc>
          <w:tcPr>
            <w:tcW w:w="0" w:type="auto"/>
            <w:tcMar>
              <w:top w:w="42" w:type="dxa"/>
              <w:left w:w="50" w:type="dxa"/>
              <w:bottom w:w="42" w:type="dxa"/>
              <w:right w:w="50" w:type="dxa"/>
            </w:tcMar>
            <w:vAlign w:val="center"/>
          </w:tcPr>
          <w:p w14:paraId="5B7C66C3" w14:textId="77777777" w:rsidR="00A96F0C" w:rsidRPr="00736BEF" w:rsidRDefault="00000000" w:rsidP="00736BEF">
            <w:pPr>
              <w:spacing w:line="312" w:lineRule="auto"/>
              <w:jc w:val="center"/>
              <w:rPr>
                <w:sz w:val="26"/>
                <w:szCs w:val="26"/>
              </w:rPr>
            </w:pPr>
            <w:r w:rsidRPr="00736BEF">
              <w:rPr>
                <w:sz w:val="26"/>
                <w:szCs w:val="26"/>
              </w:rPr>
              <w:t>(***)</w:t>
            </w:r>
          </w:p>
        </w:tc>
      </w:tr>
      <w:tr w:rsidR="00A96F0C" w:rsidRPr="00736BEF" w14:paraId="4156A423" w14:textId="77777777" w:rsidTr="00736BEF">
        <w:trPr>
          <w:jc w:val="center"/>
        </w:trPr>
        <w:tc>
          <w:tcPr>
            <w:tcW w:w="0" w:type="auto"/>
            <w:tcMar>
              <w:top w:w="42" w:type="dxa"/>
              <w:left w:w="50" w:type="dxa"/>
              <w:bottom w:w="42" w:type="dxa"/>
              <w:right w:w="50" w:type="dxa"/>
            </w:tcMar>
            <w:vAlign w:val="center"/>
          </w:tcPr>
          <w:p w14:paraId="7D690CA4" w14:textId="77777777" w:rsidR="00A96F0C" w:rsidRPr="00736BEF" w:rsidRDefault="00000000" w:rsidP="00736BEF">
            <w:pPr>
              <w:spacing w:line="312" w:lineRule="auto"/>
              <w:jc w:val="center"/>
              <w:rPr>
                <w:sz w:val="26"/>
                <w:szCs w:val="26"/>
              </w:rPr>
            </w:pPr>
            <w:r w:rsidRPr="00736BEF">
              <w:rPr>
                <w:sz w:val="26"/>
                <w:szCs w:val="26"/>
              </w:rPr>
              <w:t>28</w:t>
            </w:r>
          </w:p>
        </w:tc>
        <w:tc>
          <w:tcPr>
            <w:tcW w:w="0" w:type="auto"/>
            <w:tcMar>
              <w:top w:w="42" w:type="dxa"/>
              <w:left w:w="50" w:type="dxa"/>
              <w:bottom w:w="42" w:type="dxa"/>
              <w:right w:w="50" w:type="dxa"/>
            </w:tcMar>
            <w:vAlign w:val="center"/>
          </w:tcPr>
          <w:p w14:paraId="4216DA0D" w14:textId="77777777" w:rsidR="00A96F0C" w:rsidRPr="00736BEF" w:rsidRDefault="00000000" w:rsidP="00736BEF">
            <w:pPr>
              <w:spacing w:line="312" w:lineRule="auto"/>
              <w:rPr>
                <w:sz w:val="26"/>
                <w:szCs w:val="26"/>
              </w:rPr>
            </w:pPr>
            <w:r w:rsidRPr="00736BEF">
              <w:rPr>
                <w:sz w:val="26"/>
                <w:szCs w:val="26"/>
              </w:rPr>
              <w:t>Luật kinh tế</w:t>
            </w:r>
          </w:p>
        </w:tc>
        <w:tc>
          <w:tcPr>
            <w:tcW w:w="0" w:type="auto"/>
            <w:tcMar>
              <w:top w:w="42" w:type="dxa"/>
              <w:left w:w="50" w:type="dxa"/>
              <w:bottom w:w="42" w:type="dxa"/>
              <w:right w:w="50" w:type="dxa"/>
            </w:tcMar>
            <w:vAlign w:val="center"/>
          </w:tcPr>
          <w:p w14:paraId="01B802E9" w14:textId="77777777" w:rsidR="00A96F0C" w:rsidRPr="00736BEF" w:rsidRDefault="00000000" w:rsidP="00736BEF">
            <w:pPr>
              <w:spacing w:line="312" w:lineRule="auto"/>
              <w:jc w:val="center"/>
              <w:rPr>
                <w:sz w:val="26"/>
                <w:szCs w:val="26"/>
              </w:rPr>
            </w:pPr>
            <w:r w:rsidRPr="00736BEF">
              <w:rPr>
                <w:sz w:val="26"/>
                <w:szCs w:val="26"/>
              </w:rPr>
              <w:t>7380107</w:t>
            </w:r>
          </w:p>
        </w:tc>
        <w:tc>
          <w:tcPr>
            <w:tcW w:w="0" w:type="auto"/>
            <w:tcMar>
              <w:top w:w="42" w:type="dxa"/>
              <w:left w:w="50" w:type="dxa"/>
              <w:bottom w:w="42" w:type="dxa"/>
              <w:right w:w="50" w:type="dxa"/>
            </w:tcMar>
            <w:vAlign w:val="center"/>
          </w:tcPr>
          <w:p w14:paraId="0B54647D" w14:textId="77777777" w:rsidR="00A96F0C" w:rsidRPr="00736BEF" w:rsidRDefault="00000000" w:rsidP="00736BEF">
            <w:pPr>
              <w:spacing w:line="312" w:lineRule="auto"/>
              <w:jc w:val="center"/>
              <w:rPr>
                <w:sz w:val="26"/>
                <w:szCs w:val="26"/>
              </w:rPr>
            </w:pPr>
            <w:r w:rsidRPr="00736BEF">
              <w:rPr>
                <w:sz w:val="26"/>
                <w:szCs w:val="26"/>
              </w:rPr>
              <w:t>20</w:t>
            </w:r>
          </w:p>
        </w:tc>
        <w:tc>
          <w:tcPr>
            <w:tcW w:w="0" w:type="auto"/>
            <w:tcMar>
              <w:top w:w="42" w:type="dxa"/>
              <w:left w:w="50" w:type="dxa"/>
              <w:bottom w:w="42" w:type="dxa"/>
              <w:right w:w="50" w:type="dxa"/>
            </w:tcMar>
            <w:vAlign w:val="center"/>
          </w:tcPr>
          <w:p w14:paraId="3F9FB999"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6D9FF72A" w14:textId="77777777" w:rsidR="00A96F0C" w:rsidRPr="00736BEF" w:rsidRDefault="00A96F0C" w:rsidP="00736BEF">
            <w:pPr>
              <w:spacing w:line="312" w:lineRule="auto"/>
              <w:jc w:val="center"/>
              <w:rPr>
                <w:sz w:val="26"/>
                <w:szCs w:val="26"/>
              </w:rPr>
            </w:pPr>
          </w:p>
        </w:tc>
        <w:tc>
          <w:tcPr>
            <w:tcW w:w="0" w:type="auto"/>
            <w:tcMar>
              <w:top w:w="42" w:type="dxa"/>
              <w:left w:w="50" w:type="dxa"/>
              <w:bottom w:w="42" w:type="dxa"/>
              <w:right w:w="50" w:type="dxa"/>
            </w:tcMar>
            <w:vAlign w:val="center"/>
          </w:tcPr>
          <w:p w14:paraId="2CD9F9F3" w14:textId="77777777" w:rsidR="00A96F0C" w:rsidRPr="00736BEF" w:rsidRDefault="00000000" w:rsidP="00736BEF">
            <w:pPr>
              <w:spacing w:line="312" w:lineRule="auto"/>
              <w:jc w:val="center"/>
              <w:rPr>
                <w:sz w:val="26"/>
                <w:szCs w:val="26"/>
              </w:rPr>
            </w:pPr>
            <w:r w:rsidRPr="00736BEF">
              <w:rPr>
                <w:sz w:val="26"/>
                <w:szCs w:val="26"/>
              </w:rPr>
              <w:t>(***)</w:t>
            </w:r>
          </w:p>
        </w:tc>
      </w:tr>
      <w:tr w:rsidR="00A96F0C" w:rsidRPr="00736BEF" w14:paraId="099928E7" w14:textId="77777777" w:rsidTr="00736BEF">
        <w:trPr>
          <w:jc w:val="center"/>
        </w:trPr>
        <w:tc>
          <w:tcPr>
            <w:tcW w:w="0" w:type="auto"/>
            <w:tcMar>
              <w:top w:w="42" w:type="dxa"/>
              <w:left w:w="50" w:type="dxa"/>
              <w:bottom w:w="42" w:type="dxa"/>
              <w:right w:w="50" w:type="dxa"/>
            </w:tcMar>
            <w:vAlign w:val="center"/>
          </w:tcPr>
          <w:p w14:paraId="33E3A9C8" w14:textId="77777777" w:rsidR="00A96F0C" w:rsidRPr="00736BEF" w:rsidRDefault="00000000" w:rsidP="00736BEF">
            <w:pPr>
              <w:spacing w:line="312" w:lineRule="auto"/>
              <w:jc w:val="center"/>
              <w:rPr>
                <w:sz w:val="26"/>
                <w:szCs w:val="26"/>
              </w:rPr>
            </w:pPr>
            <w:r w:rsidRPr="00736BEF">
              <w:rPr>
                <w:sz w:val="26"/>
                <w:szCs w:val="26"/>
              </w:rPr>
              <w:t>29</w:t>
            </w:r>
          </w:p>
        </w:tc>
        <w:tc>
          <w:tcPr>
            <w:tcW w:w="0" w:type="auto"/>
            <w:tcMar>
              <w:top w:w="42" w:type="dxa"/>
              <w:left w:w="50" w:type="dxa"/>
              <w:bottom w:w="42" w:type="dxa"/>
              <w:right w:w="50" w:type="dxa"/>
            </w:tcMar>
            <w:vAlign w:val="center"/>
          </w:tcPr>
          <w:p w14:paraId="3FF53A0B" w14:textId="77777777" w:rsidR="00A96F0C" w:rsidRPr="00736BEF" w:rsidRDefault="00000000" w:rsidP="00736BEF">
            <w:pPr>
              <w:spacing w:line="312" w:lineRule="auto"/>
              <w:rPr>
                <w:sz w:val="26"/>
                <w:szCs w:val="26"/>
              </w:rPr>
            </w:pPr>
            <w:r w:rsidRPr="00736BEF">
              <w:rPr>
                <w:sz w:val="26"/>
                <w:szCs w:val="26"/>
              </w:rPr>
              <w:t>Quản trị dịch vụ du lịch và lữ hành</w:t>
            </w:r>
          </w:p>
        </w:tc>
        <w:tc>
          <w:tcPr>
            <w:tcW w:w="0" w:type="auto"/>
            <w:tcMar>
              <w:top w:w="42" w:type="dxa"/>
              <w:left w:w="50" w:type="dxa"/>
              <w:bottom w:w="42" w:type="dxa"/>
              <w:right w:w="50" w:type="dxa"/>
            </w:tcMar>
            <w:vAlign w:val="center"/>
          </w:tcPr>
          <w:p w14:paraId="3DC09069" w14:textId="77777777" w:rsidR="00A96F0C" w:rsidRPr="00736BEF" w:rsidRDefault="00000000" w:rsidP="00736BEF">
            <w:pPr>
              <w:spacing w:line="312" w:lineRule="auto"/>
              <w:jc w:val="center"/>
              <w:rPr>
                <w:sz w:val="26"/>
                <w:szCs w:val="26"/>
              </w:rPr>
            </w:pPr>
            <w:r w:rsidRPr="00736BEF">
              <w:rPr>
                <w:sz w:val="26"/>
                <w:szCs w:val="26"/>
              </w:rPr>
              <w:t>7810103</w:t>
            </w:r>
          </w:p>
        </w:tc>
        <w:tc>
          <w:tcPr>
            <w:tcW w:w="0" w:type="auto"/>
            <w:tcMar>
              <w:top w:w="42" w:type="dxa"/>
              <w:left w:w="50" w:type="dxa"/>
              <w:bottom w:w="42" w:type="dxa"/>
              <w:right w:w="50" w:type="dxa"/>
            </w:tcMar>
            <w:vAlign w:val="center"/>
          </w:tcPr>
          <w:p w14:paraId="1F70F2E0"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4B222FF9"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799750ED"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3D087C66" w14:textId="77777777" w:rsidR="00A96F0C" w:rsidRPr="00736BEF" w:rsidRDefault="00A96F0C" w:rsidP="00736BEF">
            <w:pPr>
              <w:spacing w:line="312" w:lineRule="auto"/>
              <w:jc w:val="center"/>
              <w:rPr>
                <w:sz w:val="26"/>
                <w:szCs w:val="26"/>
              </w:rPr>
            </w:pPr>
          </w:p>
        </w:tc>
      </w:tr>
      <w:tr w:rsidR="00A96F0C" w:rsidRPr="00736BEF" w14:paraId="2287AA9F" w14:textId="77777777" w:rsidTr="00736BEF">
        <w:trPr>
          <w:jc w:val="center"/>
        </w:trPr>
        <w:tc>
          <w:tcPr>
            <w:tcW w:w="0" w:type="auto"/>
            <w:tcMar>
              <w:top w:w="42" w:type="dxa"/>
              <w:left w:w="50" w:type="dxa"/>
              <w:bottom w:w="42" w:type="dxa"/>
              <w:right w:w="50" w:type="dxa"/>
            </w:tcMar>
            <w:vAlign w:val="center"/>
          </w:tcPr>
          <w:p w14:paraId="53C2E335" w14:textId="77777777" w:rsidR="00A96F0C" w:rsidRPr="00736BEF" w:rsidRDefault="00000000" w:rsidP="00736BEF">
            <w:pPr>
              <w:spacing w:line="312" w:lineRule="auto"/>
              <w:jc w:val="center"/>
              <w:rPr>
                <w:sz w:val="26"/>
                <w:szCs w:val="26"/>
              </w:rPr>
            </w:pPr>
            <w:r w:rsidRPr="00736BEF">
              <w:rPr>
                <w:sz w:val="26"/>
                <w:szCs w:val="26"/>
              </w:rPr>
              <w:t>30</w:t>
            </w:r>
          </w:p>
        </w:tc>
        <w:tc>
          <w:tcPr>
            <w:tcW w:w="0" w:type="auto"/>
            <w:tcMar>
              <w:top w:w="42" w:type="dxa"/>
              <w:left w:w="50" w:type="dxa"/>
              <w:bottom w:w="42" w:type="dxa"/>
              <w:right w:w="50" w:type="dxa"/>
            </w:tcMar>
            <w:vAlign w:val="center"/>
          </w:tcPr>
          <w:p w14:paraId="7693586B" w14:textId="77777777" w:rsidR="00A96F0C" w:rsidRPr="00736BEF" w:rsidRDefault="00000000" w:rsidP="00736BEF">
            <w:pPr>
              <w:spacing w:line="312" w:lineRule="auto"/>
              <w:rPr>
                <w:sz w:val="26"/>
                <w:szCs w:val="26"/>
              </w:rPr>
            </w:pPr>
            <w:r w:rsidRPr="00736BEF">
              <w:rPr>
                <w:sz w:val="26"/>
                <w:szCs w:val="26"/>
              </w:rPr>
              <w:t>Quản trị khách sạn</w:t>
            </w:r>
          </w:p>
        </w:tc>
        <w:tc>
          <w:tcPr>
            <w:tcW w:w="0" w:type="auto"/>
            <w:tcMar>
              <w:top w:w="42" w:type="dxa"/>
              <w:left w:w="50" w:type="dxa"/>
              <w:bottom w:w="42" w:type="dxa"/>
              <w:right w:w="50" w:type="dxa"/>
            </w:tcMar>
            <w:vAlign w:val="center"/>
          </w:tcPr>
          <w:p w14:paraId="0DB3FDDB" w14:textId="77777777" w:rsidR="00A96F0C" w:rsidRPr="00736BEF" w:rsidRDefault="00000000" w:rsidP="00736BEF">
            <w:pPr>
              <w:spacing w:line="312" w:lineRule="auto"/>
              <w:jc w:val="center"/>
              <w:rPr>
                <w:sz w:val="26"/>
                <w:szCs w:val="26"/>
              </w:rPr>
            </w:pPr>
            <w:r w:rsidRPr="00736BEF">
              <w:rPr>
                <w:sz w:val="26"/>
                <w:szCs w:val="26"/>
              </w:rPr>
              <w:t>7810201</w:t>
            </w:r>
          </w:p>
        </w:tc>
        <w:tc>
          <w:tcPr>
            <w:tcW w:w="0" w:type="auto"/>
            <w:tcMar>
              <w:top w:w="42" w:type="dxa"/>
              <w:left w:w="50" w:type="dxa"/>
              <w:bottom w:w="42" w:type="dxa"/>
              <w:right w:w="50" w:type="dxa"/>
            </w:tcMar>
            <w:vAlign w:val="center"/>
          </w:tcPr>
          <w:p w14:paraId="4D1E6D22"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234DA27F"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745FA040"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1393A759" w14:textId="77777777" w:rsidR="00A96F0C" w:rsidRPr="00736BEF" w:rsidRDefault="00A96F0C" w:rsidP="00736BEF">
            <w:pPr>
              <w:spacing w:line="312" w:lineRule="auto"/>
              <w:jc w:val="center"/>
              <w:rPr>
                <w:sz w:val="26"/>
                <w:szCs w:val="26"/>
              </w:rPr>
            </w:pPr>
          </w:p>
        </w:tc>
      </w:tr>
      <w:tr w:rsidR="00A96F0C" w:rsidRPr="00736BEF" w14:paraId="60000A89" w14:textId="77777777" w:rsidTr="00736BEF">
        <w:trPr>
          <w:jc w:val="center"/>
        </w:trPr>
        <w:tc>
          <w:tcPr>
            <w:tcW w:w="0" w:type="auto"/>
            <w:tcMar>
              <w:top w:w="42" w:type="dxa"/>
              <w:left w:w="50" w:type="dxa"/>
              <w:bottom w:w="42" w:type="dxa"/>
              <w:right w:w="50" w:type="dxa"/>
            </w:tcMar>
            <w:vAlign w:val="center"/>
          </w:tcPr>
          <w:p w14:paraId="49A94C76" w14:textId="77777777" w:rsidR="00A96F0C" w:rsidRPr="00736BEF" w:rsidRDefault="00000000" w:rsidP="00736BEF">
            <w:pPr>
              <w:spacing w:line="312" w:lineRule="auto"/>
              <w:jc w:val="center"/>
              <w:rPr>
                <w:sz w:val="26"/>
                <w:szCs w:val="26"/>
              </w:rPr>
            </w:pPr>
            <w:r w:rsidRPr="00736BEF">
              <w:rPr>
                <w:sz w:val="26"/>
                <w:szCs w:val="26"/>
              </w:rPr>
              <w:t>31</w:t>
            </w:r>
          </w:p>
        </w:tc>
        <w:tc>
          <w:tcPr>
            <w:tcW w:w="0" w:type="auto"/>
            <w:tcMar>
              <w:top w:w="42" w:type="dxa"/>
              <w:left w:w="50" w:type="dxa"/>
              <w:bottom w:w="42" w:type="dxa"/>
              <w:right w:w="50" w:type="dxa"/>
            </w:tcMar>
            <w:vAlign w:val="center"/>
          </w:tcPr>
          <w:p w14:paraId="7EE71544" w14:textId="77777777" w:rsidR="00A96F0C" w:rsidRPr="00736BEF" w:rsidRDefault="00000000" w:rsidP="00736BEF">
            <w:pPr>
              <w:spacing w:line="312" w:lineRule="auto"/>
              <w:rPr>
                <w:sz w:val="26"/>
                <w:szCs w:val="26"/>
              </w:rPr>
            </w:pPr>
            <w:r w:rsidRPr="00736BEF">
              <w:rPr>
                <w:sz w:val="26"/>
                <w:szCs w:val="26"/>
              </w:rPr>
              <w:t>Truyền thông đa phương tiện</w:t>
            </w:r>
          </w:p>
        </w:tc>
        <w:tc>
          <w:tcPr>
            <w:tcW w:w="0" w:type="auto"/>
            <w:tcMar>
              <w:top w:w="42" w:type="dxa"/>
              <w:left w:w="50" w:type="dxa"/>
              <w:bottom w:w="42" w:type="dxa"/>
              <w:right w:w="50" w:type="dxa"/>
            </w:tcMar>
            <w:vAlign w:val="center"/>
          </w:tcPr>
          <w:p w14:paraId="0227E012" w14:textId="77777777" w:rsidR="00A96F0C" w:rsidRPr="00736BEF" w:rsidRDefault="00000000" w:rsidP="00736BEF">
            <w:pPr>
              <w:spacing w:line="312" w:lineRule="auto"/>
              <w:jc w:val="center"/>
              <w:rPr>
                <w:sz w:val="26"/>
                <w:szCs w:val="26"/>
              </w:rPr>
            </w:pPr>
            <w:r w:rsidRPr="00736BEF">
              <w:rPr>
                <w:sz w:val="26"/>
                <w:szCs w:val="26"/>
              </w:rPr>
              <w:t>7320104</w:t>
            </w:r>
          </w:p>
        </w:tc>
        <w:tc>
          <w:tcPr>
            <w:tcW w:w="0" w:type="auto"/>
            <w:tcMar>
              <w:top w:w="42" w:type="dxa"/>
              <w:left w:w="50" w:type="dxa"/>
              <w:bottom w:w="42" w:type="dxa"/>
              <w:right w:w="50" w:type="dxa"/>
            </w:tcMar>
            <w:vAlign w:val="center"/>
          </w:tcPr>
          <w:p w14:paraId="4ECBCA83"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7B24D15D"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4E80E275"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417C7E24" w14:textId="77777777" w:rsidR="00A96F0C" w:rsidRPr="00736BEF" w:rsidRDefault="00A96F0C" w:rsidP="00736BEF">
            <w:pPr>
              <w:spacing w:line="312" w:lineRule="auto"/>
              <w:jc w:val="center"/>
              <w:rPr>
                <w:sz w:val="26"/>
                <w:szCs w:val="26"/>
              </w:rPr>
            </w:pPr>
          </w:p>
        </w:tc>
      </w:tr>
      <w:tr w:rsidR="00A96F0C" w:rsidRPr="00736BEF" w14:paraId="201E7722" w14:textId="77777777" w:rsidTr="00736BEF">
        <w:trPr>
          <w:jc w:val="center"/>
        </w:trPr>
        <w:tc>
          <w:tcPr>
            <w:tcW w:w="0" w:type="auto"/>
            <w:tcMar>
              <w:top w:w="42" w:type="dxa"/>
              <w:left w:w="50" w:type="dxa"/>
              <w:bottom w:w="42" w:type="dxa"/>
              <w:right w:w="50" w:type="dxa"/>
            </w:tcMar>
            <w:vAlign w:val="center"/>
          </w:tcPr>
          <w:p w14:paraId="7CA11357" w14:textId="77777777" w:rsidR="00A96F0C" w:rsidRPr="00736BEF" w:rsidRDefault="00000000" w:rsidP="00736BEF">
            <w:pPr>
              <w:spacing w:line="312" w:lineRule="auto"/>
              <w:jc w:val="center"/>
              <w:rPr>
                <w:sz w:val="26"/>
                <w:szCs w:val="26"/>
              </w:rPr>
            </w:pPr>
            <w:r w:rsidRPr="00736BEF">
              <w:rPr>
                <w:sz w:val="26"/>
                <w:szCs w:val="26"/>
              </w:rPr>
              <w:t>32</w:t>
            </w:r>
          </w:p>
        </w:tc>
        <w:tc>
          <w:tcPr>
            <w:tcW w:w="0" w:type="auto"/>
            <w:tcMar>
              <w:top w:w="42" w:type="dxa"/>
              <w:left w:w="50" w:type="dxa"/>
              <w:bottom w:w="42" w:type="dxa"/>
              <w:right w:w="50" w:type="dxa"/>
            </w:tcMar>
            <w:vAlign w:val="center"/>
          </w:tcPr>
          <w:p w14:paraId="4A6FEE2F" w14:textId="77777777" w:rsidR="00A96F0C" w:rsidRPr="00736BEF" w:rsidRDefault="00000000" w:rsidP="00736BEF">
            <w:pPr>
              <w:spacing w:line="312" w:lineRule="auto"/>
              <w:rPr>
                <w:sz w:val="26"/>
                <w:szCs w:val="26"/>
              </w:rPr>
            </w:pPr>
            <w:r w:rsidRPr="00736BEF">
              <w:rPr>
                <w:sz w:val="26"/>
                <w:szCs w:val="26"/>
              </w:rPr>
              <w:t>Quan hệ công chúng</w:t>
            </w:r>
          </w:p>
        </w:tc>
        <w:tc>
          <w:tcPr>
            <w:tcW w:w="0" w:type="auto"/>
            <w:tcMar>
              <w:top w:w="42" w:type="dxa"/>
              <w:left w:w="50" w:type="dxa"/>
              <w:bottom w:w="42" w:type="dxa"/>
              <w:right w:w="50" w:type="dxa"/>
            </w:tcMar>
            <w:vAlign w:val="center"/>
          </w:tcPr>
          <w:p w14:paraId="43116B66" w14:textId="77777777" w:rsidR="00A96F0C" w:rsidRPr="00736BEF" w:rsidRDefault="00000000" w:rsidP="00736BEF">
            <w:pPr>
              <w:spacing w:line="312" w:lineRule="auto"/>
              <w:jc w:val="center"/>
              <w:rPr>
                <w:sz w:val="26"/>
                <w:szCs w:val="26"/>
              </w:rPr>
            </w:pPr>
            <w:r w:rsidRPr="00736BEF">
              <w:rPr>
                <w:sz w:val="26"/>
                <w:szCs w:val="26"/>
              </w:rPr>
              <w:t>7320108</w:t>
            </w:r>
          </w:p>
        </w:tc>
        <w:tc>
          <w:tcPr>
            <w:tcW w:w="0" w:type="auto"/>
            <w:tcMar>
              <w:top w:w="42" w:type="dxa"/>
              <w:left w:w="50" w:type="dxa"/>
              <w:bottom w:w="42" w:type="dxa"/>
              <w:right w:w="50" w:type="dxa"/>
            </w:tcMar>
            <w:vAlign w:val="center"/>
          </w:tcPr>
          <w:p w14:paraId="0E51F83B"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79ACB08B"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70FDBEC7"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518CC2EA" w14:textId="77777777" w:rsidR="00A96F0C" w:rsidRPr="00736BEF" w:rsidRDefault="00A96F0C" w:rsidP="00736BEF">
            <w:pPr>
              <w:spacing w:line="312" w:lineRule="auto"/>
              <w:jc w:val="center"/>
              <w:rPr>
                <w:sz w:val="26"/>
                <w:szCs w:val="26"/>
              </w:rPr>
            </w:pPr>
          </w:p>
        </w:tc>
      </w:tr>
      <w:tr w:rsidR="00A96F0C" w:rsidRPr="00736BEF" w14:paraId="553B4F91" w14:textId="77777777" w:rsidTr="00736BEF">
        <w:trPr>
          <w:jc w:val="center"/>
        </w:trPr>
        <w:tc>
          <w:tcPr>
            <w:tcW w:w="0" w:type="auto"/>
            <w:tcMar>
              <w:top w:w="42" w:type="dxa"/>
              <w:left w:w="50" w:type="dxa"/>
              <w:bottom w:w="42" w:type="dxa"/>
              <w:right w:w="50" w:type="dxa"/>
            </w:tcMar>
            <w:vAlign w:val="center"/>
          </w:tcPr>
          <w:p w14:paraId="4BCD0AF3" w14:textId="77777777" w:rsidR="00A96F0C" w:rsidRPr="00736BEF" w:rsidRDefault="00000000" w:rsidP="00736BEF">
            <w:pPr>
              <w:spacing w:line="312" w:lineRule="auto"/>
              <w:jc w:val="center"/>
              <w:rPr>
                <w:sz w:val="26"/>
                <w:szCs w:val="26"/>
              </w:rPr>
            </w:pPr>
            <w:r w:rsidRPr="00736BEF">
              <w:rPr>
                <w:sz w:val="26"/>
                <w:szCs w:val="26"/>
              </w:rPr>
              <w:t>33</w:t>
            </w:r>
          </w:p>
        </w:tc>
        <w:tc>
          <w:tcPr>
            <w:tcW w:w="0" w:type="auto"/>
            <w:tcMar>
              <w:top w:w="42" w:type="dxa"/>
              <w:left w:w="50" w:type="dxa"/>
              <w:bottom w:w="42" w:type="dxa"/>
              <w:right w:w="50" w:type="dxa"/>
            </w:tcMar>
            <w:vAlign w:val="center"/>
          </w:tcPr>
          <w:p w14:paraId="1429DD94" w14:textId="77777777" w:rsidR="00A96F0C" w:rsidRPr="00736BEF" w:rsidRDefault="00000000" w:rsidP="00736BEF">
            <w:pPr>
              <w:spacing w:line="312" w:lineRule="auto"/>
              <w:rPr>
                <w:sz w:val="26"/>
                <w:szCs w:val="26"/>
              </w:rPr>
            </w:pPr>
            <w:r w:rsidRPr="00736BEF">
              <w:rPr>
                <w:sz w:val="26"/>
                <w:szCs w:val="26"/>
              </w:rPr>
              <w:t>Ngôn ngữ Anh</w:t>
            </w:r>
          </w:p>
        </w:tc>
        <w:tc>
          <w:tcPr>
            <w:tcW w:w="0" w:type="auto"/>
            <w:tcMar>
              <w:top w:w="42" w:type="dxa"/>
              <w:left w:w="50" w:type="dxa"/>
              <w:bottom w:w="42" w:type="dxa"/>
              <w:right w:w="50" w:type="dxa"/>
            </w:tcMar>
            <w:vAlign w:val="center"/>
          </w:tcPr>
          <w:p w14:paraId="25262D51" w14:textId="77777777" w:rsidR="00A96F0C" w:rsidRPr="00736BEF" w:rsidRDefault="00000000" w:rsidP="00736BEF">
            <w:pPr>
              <w:spacing w:line="312" w:lineRule="auto"/>
              <w:jc w:val="center"/>
              <w:rPr>
                <w:sz w:val="26"/>
                <w:szCs w:val="26"/>
              </w:rPr>
            </w:pPr>
            <w:r w:rsidRPr="00736BEF">
              <w:rPr>
                <w:sz w:val="26"/>
                <w:szCs w:val="26"/>
              </w:rPr>
              <w:t>7220201</w:t>
            </w:r>
          </w:p>
        </w:tc>
        <w:tc>
          <w:tcPr>
            <w:tcW w:w="0" w:type="auto"/>
            <w:tcMar>
              <w:top w:w="42" w:type="dxa"/>
              <w:left w:w="50" w:type="dxa"/>
              <w:bottom w:w="42" w:type="dxa"/>
              <w:right w:w="50" w:type="dxa"/>
            </w:tcMar>
            <w:vAlign w:val="center"/>
          </w:tcPr>
          <w:p w14:paraId="44A538E5"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11847313"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213F5720"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15FE3B72" w14:textId="77777777" w:rsidR="00A96F0C" w:rsidRPr="00736BEF" w:rsidRDefault="00A96F0C" w:rsidP="00736BEF">
            <w:pPr>
              <w:spacing w:line="312" w:lineRule="auto"/>
              <w:jc w:val="center"/>
              <w:rPr>
                <w:sz w:val="26"/>
                <w:szCs w:val="26"/>
              </w:rPr>
            </w:pPr>
          </w:p>
        </w:tc>
      </w:tr>
      <w:tr w:rsidR="00A96F0C" w:rsidRPr="00736BEF" w14:paraId="1C60FE65" w14:textId="77777777" w:rsidTr="00736BEF">
        <w:trPr>
          <w:jc w:val="center"/>
        </w:trPr>
        <w:tc>
          <w:tcPr>
            <w:tcW w:w="0" w:type="auto"/>
            <w:tcMar>
              <w:top w:w="42" w:type="dxa"/>
              <w:left w:w="50" w:type="dxa"/>
              <w:bottom w:w="42" w:type="dxa"/>
              <w:right w:w="50" w:type="dxa"/>
            </w:tcMar>
            <w:vAlign w:val="center"/>
          </w:tcPr>
          <w:p w14:paraId="5F684EA2" w14:textId="77777777" w:rsidR="00A96F0C" w:rsidRPr="00736BEF" w:rsidRDefault="00000000" w:rsidP="00736BEF">
            <w:pPr>
              <w:spacing w:line="312" w:lineRule="auto"/>
              <w:jc w:val="center"/>
              <w:rPr>
                <w:sz w:val="26"/>
                <w:szCs w:val="26"/>
              </w:rPr>
            </w:pPr>
            <w:r w:rsidRPr="00736BEF">
              <w:rPr>
                <w:sz w:val="26"/>
                <w:szCs w:val="26"/>
              </w:rPr>
              <w:t>34</w:t>
            </w:r>
          </w:p>
        </w:tc>
        <w:tc>
          <w:tcPr>
            <w:tcW w:w="0" w:type="auto"/>
            <w:tcMar>
              <w:top w:w="42" w:type="dxa"/>
              <w:left w:w="50" w:type="dxa"/>
              <w:bottom w:w="42" w:type="dxa"/>
              <w:right w:w="50" w:type="dxa"/>
            </w:tcMar>
            <w:vAlign w:val="center"/>
          </w:tcPr>
          <w:p w14:paraId="3F9D7857" w14:textId="77777777" w:rsidR="00A96F0C" w:rsidRPr="00736BEF" w:rsidRDefault="00000000" w:rsidP="00736BEF">
            <w:pPr>
              <w:spacing w:line="312" w:lineRule="auto"/>
              <w:rPr>
                <w:sz w:val="26"/>
                <w:szCs w:val="26"/>
              </w:rPr>
            </w:pPr>
            <w:r w:rsidRPr="00736BEF">
              <w:rPr>
                <w:sz w:val="26"/>
                <w:szCs w:val="26"/>
              </w:rPr>
              <w:t>Ngôn ngữ Trung Quốc</w:t>
            </w:r>
          </w:p>
        </w:tc>
        <w:tc>
          <w:tcPr>
            <w:tcW w:w="0" w:type="auto"/>
            <w:tcMar>
              <w:top w:w="42" w:type="dxa"/>
              <w:left w:w="50" w:type="dxa"/>
              <w:bottom w:w="42" w:type="dxa"/>
              <w:right w:w="50" w:type="dxa"/>
            </w:tcMar>
            <w:vAlign w:val="center"/>
          </w:tcPr>
          <w:p w14:paraId="171E7321" w14:textId="77777777" w:rsidR="00A96F0C" w:rsidRPr="00736BEF" w:rsidRDefault="00000000" w:rsidP="00736BEF">
            <w:pPr>
              <w:spacing w:line="312" w:lineRule="auto"/>
              <w:jc w:val="center"/>
              <w:rPr>
                <w:sz w:val="26"/>
                <w:szCs w:val="26"/>
              </w:rPr>
            </w:pPr>
            <w:r w:rsidRPr="00736BEF">
              <w:rPr>
                <w:sz w:val="26"/>
                <w:szCs w:val="26"/>
              </w:rPr>
              <w:t>7220204</w:t>
            </w:r>
          </w:p>
        </w:tc>
        <w:tc>
          <w:tcPr>
            <w:tcW w:w="0" w:type="auto"/>
            <w:tcMar>
              <w:top w:w="42" w:type="dxa"/>
              <w:left w:w="50" w:type="dxa"/>
              <w:bottom w:w="42" w:type="dxa"/>
              <w:right w:w="50" w:type="dxa"/>
            </w:tcMar>
            <w:vAlign w:val="center"/>
          </w:tcPr>
          <w:p w14:paraId="06338472"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016CB986"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4315EE52"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3B6492D0" w14:textId="77777777" w:rsidR="00A96F0C" w:rsidRPr="00736BEF" w:rsidRDefault="00A96F0C" w:rsidP="00736BEF">
            <w:pPr>
              <w:spacing w:line="312" w:lineRule="auto"/>
              <w:jc w:val="center"/>
              <w:rPr>
                <w:sz w:val="26"/>
                <w:szCs w:val="26"/>
              </w:rPr>
            </w:pPr>
          </w:p>
        </w:tc>
      </w:tr>
      <w:tr w:rsidR="00A96F0C" w:rsidRPr="00736BEF" w14:paraId="6C246F76" w14:textId="77777777" w:rsidTr="00736BEF">
        <w:trPr>
          <w:jc w:val="center"/>
        </w:trPr>
        <w:tc>
          <w:tcPr>
            <w:tcW w:w="0" w:type="auto"/>
            <w:tcMar>
              <w:top w:w="42" w:type="dxa"/>
              <w:left w:w="50" w:type="dxa"/>
              <w:bottom w:w="42" w:type="dxa"/>
              <w:right w:w="50" w:type="dxa"/>
            </w:tcMar>
            <w:vAlign w:val="center"/>
          </w:tcPr>
          <w:p w14:paraId="500C3172" w14:textId="77777777" w:rsidR="00A96F0C" w:rsidRPr="00736BEF" w:rsidRDefault="00000000" w:rsidP="00736BEF">
            <w:pPr>
              <w:spacing w:line="312" w:lineRule="auto"/>
              <w:jc w:val="center"/>
              <w:rPr>
                <w:sz w:val="26"/>
                <w:szCs w:val="26"/>
              </w:rPr>
            </w:pPr>
            <w:r w:rsidRPr="00736BEF">
              <w:rPr>
                <w:sz w:val="26"/>
                <w:szCs w:val="26"/>
              </w:rPr>
              <w:t>35</w:t>
            </w:r>
          </w:p>
        </w:tc>
        <w:tc>
          <w:tcPr>
            <w:tcW w:w="0" w:type="auto"/>
            <w:tcMar>
              <w:top w:w="42" w:type="dxa"/>
              <w:left w:w="50" w:type="dxa"/>
              <w:bottom w:w="42" w:type="dxa"/>
              <w:right w:w="50" w:type="dxa"/>
            </w:tcMar>
            <w:vAlign w:val="center"/>
          </w:tcPr>
          <w:p w14:paraId="7ED1CA90" w14:textId="77777777" w:rsidR="00A96F0C" w:rsidRPr="00736BEF" w:rsidRDefault="00000000" w:rsidP="00736BEF">
            <w:pPr>
              <w:spacing w:line="312" w:lineRule="auto"/>
              <w:rPr>
                <w:sz w:val="26"/>
                <w:szCs w:val="26"/>
              </w:rPr>
            </w:pPr>
            <w:r w:rsidRPr="00736BEF">
              <w:rPr>
                <w:sz w:val="26"/>
                <w:szCs w:val="26"/>
              </w:rPr>
              <w:t>Ngôn ngữ Hàn Quốc</w:t>
            </w:r>
          </w:p>
        </w:tc>
        <w:tc>
          <w:tcPr>
            <w:tcW w:w="0" w:type="auto"/>
            <w:tcMar>
              <w:top w:w="42" w:type="dxa"/>
              <w:left w:w="50" w:type="dxa"/>
              <w:bottom w:w="42" w:type="dxa"/>
              <w:right w:w="50" w:type="dxa"/>
            </w:tcMar>
            <w:vAlign w:val="center"/>
          </w:tcPr>
          <w:p w14:paraId="5154E295" w14:textId="77777777" w:rsidR="00A96F0C" w:rsidRPr="00736BEF" w:rsidRDefault="00000000" w:rsidP="00736BEF">
            <w:pPr>
              <w:spacing w:line="312" w:lineRule="auto"/>
              <w:jc w:val="center"/>
              <w:rPr>
                <w:sz w:val="26"/>
                <w:szCs w:val="26"/>
              </w:rPr>
            </w:pPr>
            <w:r w:rsidRPr="00736BEF">
              <w:rPr>
                <w:sz w:val="26"/>
                <w:szCs w:val="26"/>
              </w:rPr>
              <w:t>7220210</w:t>
            </w:r>
          </w:p>
        </w:tc>
        <w:tc>
          <w:tcPr>
            <w:tcW w:w="0" w:type="auto"/>
            <w:tcMar>
              <w:top w:w="42" w:type="dxa"/>
              <w:left w:w="50" w:type="dxa"/>
              <w:bottom w:w="42" w:type="dxa"/>
              <w:right w:w="50" w:type="dxa"/>
            </w:tcMar>
            <w:vAlign w:val="center"/>
          </w:tcPr>
          <w:p w14:paraId="40855A1A"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56DE6778"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2D344022"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488D3483" w14:textId="77777777" w:rsidR="00A96F0C" w:rsidRPr="00736BEF" w:rsidRDefault="00A96F0C" w:rsidP="00736BEF">
            <w:pPr>
              <w:spacing w:line="312" w:lineRule="auto"/>
              <w:jc w:val="center"/>
              <w:rPr>
                <w:sz w:val="26"/>
                <w:szCs w:val="26"/>
              </w:rPr>
            </w:pPr>
          </w:p>
        </w:tc>
      </w:tr>
      <w:tr w:rsidR="00A96F0C" w:rsidRPr="00736BEF" w14:paraId="01A20D03" w14:textId="77777777" w:rsidTr="00736BEF">
        <w:trPr>
          <w:jc w:val="center"/>
        </w:trPr>
        <w:tc>
          <w:tcPr>
            <w:tcW w:w="0" w:type="auto"/>
            <w:tcMar>
              <w:top w:w="42" w:type="dxa"/>
              <w:left w:w="50" w:type="dxa"/>
              <w:bottom w:w="42" w:type="dxa"/>
              <w:right w:w="50" w:type="dxa"/>
            </w:tcMar>
            <w:vAlign w:val="center"/>
          </w:tcPr>
          <w:p w14:paraId="4CD4F4F5" w14:textId="77777777" w:rsidR="00A96F0C" w:rsidRPr="00736BEF" w:rsidRDefault="00000000" w:rsidP="00736BEF">
            <w:pPr>
              <w:spacing w:line="312" w:lineRule="auto"/>
              <w:jc w:val="center"/>
              <w:rPr>
                <w:sz w:val="26"/>
                <w:szCs w:val="26"/>
              </w:rPr>
            </w:pPr>
            <w:r w:rsidRPr="00736BEF">
              <w:rPr>
                <w:sz w:val="26"/>
                <w:szCs w:val="26"/>
              </w:rPr>
              <w:t>36</w:t>
            </w:r>
          </w:p>
        </w:tc>
        <w:tc>
          <w:tcPr>
            <w:tcW w:w="0" w:type="auto"/>
            <w:tcMar>
              <w:top w:w="42" w:type="dxa"/>
              <w:left w:w="50" w:type="dxa"/>
              <w:bottom w:w="42" w:type="dxa"/>
              <w:right w:w="50" w:type="dxa"/>
            </w:tcMar>
            <w:vAlign w:val="center"/>
          </w:tcPr>
          <w:p w14:paraId="20C634D8" w14:textId="77777777" w:rsidR="00A96F0C" w:rsidRPr="00736BEF" w:rsidRDefault="00000000" w:rsidP="00736BEF">
            <w:pPr>
              <w:spacing w:line="312" w:lineRule="auto"/>
              <w:rPr>
                <w:sz w:val="26"/>
                <w:szCs w:val="26"/>
              </w:rPr>
            </w:pPr>
            <w:r w:rsidRPr="00736BEF">
              <w:rPr>
                <w:sz w:val="26"/>
                <w:szCs w:val="26"/>
              </w:rPr>
              <w:t>Ngôn ngữ Nhật</w:t>
            </w:r>
          </w:p>
        </w:tc>
        <w:tc>
          <w:tcPr>
            <w:tcW w:w="0" w:type="auto"/>
            <w:tcMar>
              <w:top w:w="42" w:type="dxa"/>
              <w:left w:w="50" w:type="dxa"/>
              <w:bottom w:w="42" w:type="dxa"/>
              <w:right w:w="50" w:type="dxa"/>
            </w:tcMar>
            <w:vAlign w:val="center"/>
          </w:tcPr>
          <w:p w14:paraId="6EE61423" w14:textId="77777777" w:rsidR="00A96F0C" w:rsidRPr="00736BEF" w:rsidRDefault="00000000" w:rsidP="00736BEF">
            <w:pPr>
              <w:spacing w:line="312" w:lineRule="auto"/>
              <w:jc w:val="center"/>
              <w:rPr>
                <w:sz w:val="26"/>
                <w:szCs w:val="26"/>
              </w:rPr>
            </w:pPr>
            <w:r w:rsidRPr="00736BEF">
              <w:rPr>
                <w:sz w:val="26"/>
                <w:szCs w:val="26"/>
              </w:rPr>
              <w:t>7220209</w:t>
            </w:r>
          </w:p>
        </w:tc>
        <w:tc>
          <w:tcPr>
            <w:tcW w:w="0" w:type="auto"/>
            <w:tcMar>
              <w:top w:w="42" w:type="dxa"/>
              <w:left w:w="50" w:type="dxa"/>
              <w:bottom w:w="42" w:type="dxa"/>
              <w:right w:w="50" w:type="dxa"/>
            </w:tcMar>
            <w:vAlign w:val="center"/>
          </w:tcPr>
          <w:p w14:paraId="0B9F8279"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015D03E6"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686B3AE9"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74BFEADD" w14:textId="77777777" w:rsidR="00A96F0C" w:rsidRPr="00736BEF" w:rsidRDefault="00A96F0C" w:rsidP="00736BEF">
            <w:pPr>
              <w:spacing w:line="312" w:lineRule="auto"/>
              <w:jc w:val="center"/>
              <w:rPr>
                <w:sz w:val="26"/>
                <w:szCs w:val="26"/>
              </w:rPr>
            </w:pPr>
          </w:p>
        </w:tc>
      </w:tr>
      <w:tr w:rsidR="00A96F0C" w:rsidRPr="00736BEF" w14:paraId="0FAEDC1A" w14:textId="77777777" w:rsidTr="00736BEF">
        <w:trPr>
          <w:jc w:val="center"/>
        </w:trPr>
        <w:tc>
          <w:tcPr>
            <w:tcW w:w="0" w:type="auto"/>
            <w:tcMar>
              <w:top w:w="42" w:type="dxa"/>
              <w:left w:w="50" w:type="dxa"/>
              <w:bottom w:w="42" w:type="dxa"/>
              <w:right w:w="50" w:type="dxa"/>
            </w:tcMar>
            <w:vAlign w:val="center"/>
          </w:tcPr>
          <w:p w14:paraId="40D9CEC8" w14:textId="77777777" w:rsidR="00A96F0C" w:rsidRPr="00736BEF" w:rsidRDefault="00000000" w:rsidP="00736BEF">
            <w:pPr>
              <w:spacing w:line="312" w:lineRule="auto"/>
              <w:jc w:val="center"/>
              <w:rPr>
                <w:sz w:val="26"/>
                <w:szCs w:val="26"/>
              </w:rPr>
            </w:pPr>
            <w:r w:rsidRPr="00736BEF">
              <w:rPr>
                <w:sz w:val="26"/>
                <w:szCs w:val="26"/>
              </w:rPr>
              <w:t>37</w:t>
            </w:r>
          </w:p>
        </w:tc>
        <w:tc>
          <w:tcPr>
            <w:tcW w:w="0" w:type="auto"/>
            <w:tcMar>
              <w:top w:w="42" w:type="dxa"/>
              <w:left w:w="50" w:type="dxa"/>
              <w:bottom w:w="42" w:type="dxa"/>
              <w:right w:w="50" w:type="dxa"/>
            </w:tcMar>
            <w:vAlign w:val="center"/>
          </w:tcPr>
          <w:p w14:paraId="7EDEAC50" w14:textId="77777777" w:rsidR="00A96F0C" w:rsidRPr="00736BEF" w:rsidRDefault="00000000" w:rsidP="00736BEF">
            <w:pPr>
              <w:spacing w:line="312" w:lineRule="auto"/>
              <w:rPr>
                <w:sz w:val="26"/>
                <w:szCs w:val="26"/>
              </w:rPr>
            </w:pPr>
            <w:r w:rsidRPr="00736BEF">
              <w:rPr>
                <w:sz w:val="26"/>
                <w:szCs w:val="26"/>
              </w:rPr>
              <w:t>Thiết kế đồ họa</w:t>
            </w:r>
          </w:p>
        </w:tc>
        <w:tc>
          <w:tcPr>
            <w:tcW w:w="0" w:type="auto"/>
            <w:tcMar>
              <w:top w:w="42" w:type="dxa"/>
              <w:left w:w="50" w:type="dxa"/>
              <w:bottom w:w="42" w:type="dxa"/>
              <w:right w:w="50" w:type="dxa"/>
            </w:tcMar>
            <w:vAlign w:val="center"/>
          </w:tcPr>
          <w:p w14:paraId="3F8586AD" w14:textId="77777777" w:rsidR="00A96F0C" w:rsidRPr="00736BEF" w:rsidRDefault="00000000" w:rsidP="00736BEF">
            <w:pPr>
              <w:spacing w:line="312" w:lineRule="auto"/>
              <w:jc w:val="center"/>
              <w:rPr>
                <w:sz w:val="26"/>
                <w:szCs w:val="26"/>
              </w:rPr>
            </w:pPr>
            <w:r w:rsidRPr="00736BEF">
              <w:rPr>
                <w:sz w:val="26"/>
                <w:szCs w:val="26"/>
              </w:rPr>
              <w:t>7210403</w:t>
            </w:r>
          </w:p>
        </w:tc>
        <w:tc>
          <w:tcPr>
            <w:tcW w:w="0" w:type="auto"/>
            <w:tcMar>
              <w:top w:w="42" w:type="dxa"/>
              <w:left w:w="50" w:type="dxa"/>
              <w:bottom w:w="42" w:type="dxa"/>
              <w:right w:w="50" w:type="dxa"/>
            </w:tcMar>
            <w:vAlign w:val="center"/>
          </w:tcPr>
          <w:p w14:paraId="008C8061" w14:textId="77777777" w:rsidR="00A96F0C" w:rsidRPr="00736BEF" w:rsidRDefault="00000000" w:rsidP="00736BEF">
            <w:pPr>
              <w:spacing w:line="312" w:lineRule="auto"/>
              <w:jc w:val="center"/>
              <w:rPr>
                <w:sz w:val="26"/>
                <w:szCs w:val="26"/>
              </w:rPr>
            </w:pPr>
            <w:r w:rsidRPr="00736BEF">
              <w:rPr>
                <w:sz w:val="26"/>
                <w:szCs w:val="26"/>
              </w:rPr>
              <w:t>15</w:t>
            </w:r>
          </w:p>
        </w:tc>
        <w:tc>
          <w:tcPr>
            <w:tcW w:w="0" w:type="auto"/>
            <w:tcMar>
              <w:top w:w="42" w:type="dxa"/>
              <w:left w:w="50" w:type="dxa"/>
              <w:bottom w:w="42" w:type="dxa"/>
              <w:right w:w="50" w:type="dxa"/>
            </w:tcMar>
            <w:vAlign w:val="center"/>
          </w:tcPr>
          <w:p w14:paraId="2925C170" w14:textId="77777777" w:rsidR="00A96F0C" w:rsidRPr="00736BEF" w:rsidRDefault="00000000" w:rsidP="00736BEF">
            <w:pPr>
              <w:spacing w:line="312" w:lineRule="auto"/>
              <w:jc w:val="center"/>
              <w:rPr>
                <w:sz w:val="26"/>
                <w:szCs w:val="26"/>
              </w:rPr>
            </w:pPr>
            <w:r w:rsidRPr="00736BEF">
              <w:rPr>
                <w:sz w:val="26"/>
                <w:szCs w:val="26"/>
              </w:rPr>
              <w:t>18</w:t>
            </w:r>
          </w:p>
        </w:tc>
        <w:tc>
          <w:tcPr>
            <w:tcW w:w="0" w:type="auto"/>
            <w:tcMar>
              <w:top w:w="42" w:type="dxa"/>
              <w:left w:w="50" w:type="dxa"/>
              <w:bottom w:w="42" w:type="dxa"/>
              <w:right w:w="50" w:type="dxa"/>
            </w:tcMar>
            <w:vAlign w:val="center"/>
          </w:tcPr>
          <w:p w14:paraId="287AA202" w14:textId="77777777" w:rsidR="00A96F0C" w:rsidRPr="00736BEF" w:rsidRDefault="00000000" w:rsidP="00736BEF">
            <w:pPr>
              <w:spacing w:line="312" w:lineRule="auto"/>
              <w:jc w:val="center"/>
              <w:rPr>
                <w:sz w:val="26"/>
                <w:szCs w:val="26"/>
              </w:rPr>
            </w:pPr>
            <w:r w:rsidRPr="00736BEF">
              <w:rPr>
                <w:sz w:val="26"/>
                <w:szCs w:val="26"/>
              </w:rPr>
              <w:t>60</w:t>
            </w:r>
          </w:p>
        </w:tc>
        <w:tc>
          <w:tcPr>
            <w:tcW w:w="0" w:type="auto"/>
            <w:tcMar>
              <w:top w:w="42" w:type="dxa"/>
              <w:left w:w="50" w:type="dxa"/>
              <w:bottom w:w="42" w:type="dxa"/>
              <w:right w:w="50" w:type="dxa"/>
            </w:tcMar>
            <w:vAlign w:val="center"/>
          </w:tcPr>
          <w:p w14:paraId="03A5EE2D" w14:textId="77777777" w:rsidR="00A96F0C" w:rsidRPr="00736BEF" w:rsidRDefault="00A96F0C" w:rsidP="00736BEF">
            <w:pPr>
              <w:spacing w:line="312" w:lineRule="auto"/>
              <w:jc w:val="center"/>
              <w:rPr>
                <w:sz w:val="26"/>
                <w:szCs w:val="26"/>
              </w:rPr>
            </w:pPr>
          </w:p>
        </w:tc>
      </w:tr>
    </w:tbl>
    <w:p w14:paraId="423E7F90" w14:textId="77777777" w:rsidR="00A96F0C" w:rsidRPr="00736BEF" w:rsidRDefault="00000000" w:rsidP="00736BEF">
      <w:pPr>
        <w:spacing w:before="240" w:line="360" w:lineRule="auto"/>
        <w:rPr>
          <w:sz w:val="26"/>
          <w:szCs w:val="26"/>
        </w:rPr>
      </w:pPr>
      <w:r w:rsidRPr="00736BEF">
        <w:rPr>
          <w:b/>
          <w:sz w:val="26"/>
          <w:szCs w:val="26"/>
        </w:rPr>
        <w:t>Lưu ý về điều kiện trúng tuyển:</w:t>
      </w:r>
    </w:p>
    <w:p w14:paraId="72B09CA6" w14:textId="77777777" w:rsidR="00A96F0C" w:rsidRPr="00736BEF" w:rsidRDefault="00000000" w:rsidP="00736BEF">
      <w:pPr>
        <w:spacing w:line="360" w:lineRule="auto"/>
        <w:ind w:left="170" w:hanging="170"/>
        <w:jc w:val="both"/>
        <w:rPr>
          <w:sz w:val="26"/>
          <w:szCs w:val="26"/>
        </w:rPr>
      </w:pPr>
      <w:r w:rsidRPr="00736BEF">
        <w:rPr>
          <w:b/>
          <w:sz w:val="26"/>
          <w:szCs w:val="26"/>
        </w:rPr>
        <w:t>1. Đối với phương thức xét điểm thi tốt nghiệp THPT:</w:t>
      </w:r>
    </w:p>
    <w:p w14:paraId="7C769306" w14:textId="0726A87C" w:rsidR="00A96F0C" w:rsidRPr="00736BEF" w:rsidRDefault="00736BEF" w:rsidP="00736BEF">
      <w:pPr>
        <w:spacing w:line="360" w:lineRule="auto"/>
        <w:jc w:val="both"/>
        <w:rPr>
          <w:sz w:val="26"/>
          <w:szCs w:val="26"/>
        </w:rPr>
      </w:pPr>
      <w:r>
        <w:rPr>
          <w:sz w:val="26"/>
          <w:szCs w:val="26"/>
        </w:rPr>
        <w:t xml:space="preserve">- </w:t>
      </w:r>
      <w:r w:rsidRPr="00736BEF">
        <w:rPr>
          <w:sz w:val="26"/>
          <w:szCs w:val="26"/>
        </w:rPr>
        <w:t>Ngành Luật, Luật kinh tế: điểm môn Toán và Ngữ văn, hoặc Toán, hoặc Ngữ văn của các tổ hợp đăng ký xét tuyển phải ≥ 6,0 điểm.</w:t>
      </w:r>
    </w:p>
    <w:p w14:paraId="6BF33DCB" w14:textId="77777777" w:rsidR="00A96F0C" w:rsidRPr="00736BEF" w:rsidRDefault="00000000" w:rsidP="00736BEF">
      <w:pPr>
        <w:spacing w:line="360" w:lineRule="auto"/>
        <w:ind w:left="170" w:hanging="170"/>
        <w:jc w:val="both"/>
        <w:rPr>
          <w:sz w:val="26"/>
          <w:szCs w:val="26"/>
        </w:rPr>
      </w:pPr>
      <w:r w:rsidRPr="00736BEF">
        <w:rPr>
          <w:b/>
          <w:sz w:val="26"/>
          <w:szCs w:val="26"/>
        </w:rPr>
        <w:t>2. Đối với phương thức xét học bạ THPT và xét điểm thi ĐGNL ĐHQG Hà Nội (HSA):</w:t>
      </w:r>
    </w:p>
    <w:p w14:paraId="6D96953F" w14:textId="186075BB" w:rsidR="00A96F0C" w:rsidRPr="00736BEF" w:rsidRDefault="00736BEF" w:rsidP="00736BEF">
      <w:pPr>
        <w:spacing w:line="360" w:lineRule="auto"/>
        <w:jc w:val="both"/>
        <w:rPr>
          <w:sz w:val="26"/>
          <w:szCs w:val="26"/>
        </w:rPr>
      </w:pPr>
      <w:r>
        <w:rPr>
          <w:sz w:val="26"/>
          <w:szCs w:val="26"/>
        </w:rPr>
        <w:lastRenderedPageBreak/>
        <w:t xml:space="preserve">- </w:t>
      </w:r>
      <w:r w:rsidRPr="00736BEF">
        <w:rPr>
          <w:sz w:val="26"/>
          <w:szCs w:val="26"/>
        </w:rPr>
        <w:t>(*): Y khoa, Dược học: Học lực lớp 12 đạt loại Tốt và tổng điểm 3 môn thi THPT theo tổ hợp xét tuyển (hoặc Toán, Ngữ văn và một môn thi khác) từ 20 điểm; hoặc điểm xét tốt nghiệp THPT ≥ 8,5.</w:t>
      </w:r>
    </w:p>
    <w:p w14:paraId="44E87F82" w14:textId="2A7D542E" w:rsidR="00A96F0C" w:rsidRPr="00736BEF" w:rsidRDefault="00736BEF" w:rsidP="00736BEF">
      <w:pPr>
        <w:spacing w:line="360" w:lineRule="auto"/>
        <w:jc w:val="both"/>
        <w:rPr>
          <w:sz w:val="26"/>
          <w:szCs w:val="26"/>
        </w:rPr>
      </w:pPr>
      <w:r>
        <w:rPr>
          <w:sz w:val="26"/>
          <w:szCs w:val="26"/>
        </w:rPr>
        <w:t xml:space="preserve">- </w:t>
      </w:r>
      <w:r w:rsidRPr="00736BEF">
        <w:rPr>
          <w:sz w:val="26"/>
          <w:szCs w:val="26"/>
        </w:rPr>
        <w:t>(**): Điều dưỡng: Học lực lớp 12 đạt từ loại Khá và tổng điểm 3 môn thi THPT theo tổ hợp xét tuyển (hoặc Toán, Ngữ văn và một môn thi khác) từ 16,5 điểm; hoặc điểm xét tốt nghiệp THPT ≥ 6,5.</w:t>
      </w:r>
    </w:p>
    <w:p w14:paraId="26706E2D" w14:textId="7514A280" w:rsidR="00A96F0C" w:rsidRPr="00736BEF" w:rsidRDefault="00736BEF" w:rsidP="00736BEF">
      <w:pPr>
        <w:spacing w:line="360" w:lineRule="auto"/>
        <w:jc w:val="both"/>
        <w:rPr>
          <w:sz w:val="26"/>
          <w:szCs w:val="26"/>
        </w:rPr>
      </w:pPr>
      <w:r>
        <w:rPr>
          <w:sz w:val="26"/>
          <w:szCs w:val="26"/>
        </w:rPr>
        <w:t xml:space="preserve">- </w:t>
      </w:r>
      <w:r w:rsidRPr="00736BEF">
        <w:rPr>
          <w:sz w:val="26"/>
          <w:szCs w:val="26"/>
        </w:rPr>
        <w:t>(***): Luật, Luật kinh tế: Học lực lớp 12 đạt loại Tốt và tổng điểm 3 môn thi THPT theo tổ hợp xét tuyển (hoặc Toán, Ngữ văn và một môn thi khác) từ 18 điểm; hoặc điểm xét tốt nghiệp THPT ≥ 8,5</w:t>
      </w:r>
      <w:r w:rsidR="002A683A">
        <w:rPr>
          <w:sz w:val="26"/>
          <w:szCs w:val="26"/>
        </w:rPr>
        <w:t xml:space="preserve">, đồng thời </w:t>
      </w:r>
      <w:r w:rsidR="002A683A" w:rsidRPr="00736BEF">
        <w:rPr>
          <w:sz w:val="26"/>
          <w:szCs w:val="26"/>
        </w:rPr>
        <w:t>điểm môn Toán và Ngữ văn, hoặc Toán, hoặc Ngữ văn của các tổ hợp đăng ký xét tuyển phải ≥ 6,0 điểm.</w:t>
      </w:r>
    </w:p>
    <w:p w14:paraId="423F86EB" w14:textId="1605A9DF" w:rsidR="00A96F0C" w:rsidRPr="00736BEF" w:rsidRDefault="00736BEF" w:rsidP="00736BEF">
      <w:pPr>
        <w:spacing w:line="360" w:lineRule="auto"/>
        <w:jc w:val="both"/>
        <w:rPr>
          <w:sz w:val="26"/>
          <w:szCs w:val="26"/>
        </w:rPr>
      </w:pPr>
      <w:r>
        <w:rPr>
          <w:sz w:val="26"/>
          <w:szCs w:val="26"/>
        </w:rPr>
        <w:t xml:space="preserve">- </w:t>
      </w:r>
      <w:r w:rsidRPr="00736BEF">
        <w:rPr>
          <w:sz w:val="26"/>
          <w:szCs w:val="26"/>
        </w:rPr>
        <w:t>Các ngành còn lại: tổ hợp 3 môn thi THPT theo tổ hợp xét tuyển (hoặc Toán, Ngữ văn và một môn thi khác) từ 15,0 điểm.</w:t>
      </w:r>
    </w:p>
    <w:p w14:paraId="1A27C5A8" w14:textId="612993FD" w:rsidR="00A96F0C" w:rsidRPr="00736BEF" w:rsidRDefault="00736BEF" w:rsidP="00736BEF">
      <w:pPr>
        <w:spacing w:line="360" w:lineRule="auto"/>
        <w:jc w:val="both"/>
        <w:rPr>
          <w:sz w:val="26"/>
          <w:szCs w:val="26"/>
        </w:rPr>
      </w:pPr>
      <w:r>
        <w:rPr>
          <w:sz w:val="26"/>
          <w:szCs w:val="26"/>
        </w:rPr>
        <w:t xml:space="preserve">- </w:t>
      </w:r>
      <w:r w:rsidRPr="00736BEF">
        <w:rPr>
          <w:sz w:val="26"/>
          <w:szCs w:val="26"/>
        </w:rPr>
        <w:t>Ngành Y khoa (đào tạo bằng tiếng Anh): thí sinh phải có chứng chỉ tiếng Anh bậc 4/6 theo Khung năng lực ngoại ngữ 6 bậc dành cho Việt Nam mới đủ điều kiện trúng tuyển.</w:t>
      </w:r>
    </w:p>
    <w:p w14:paraId="752D6838" w14:textId="538C46FE" w:rsidR="00B16278" w:rsidRPr="00736BEF" w:rsidRDefault="00000000" w:rsidP="00644EDA">
      <w:pPr>
        <w:spacing w:before="120" w:after="360" w:line="360" w:lineRule="auto"/>
        <w:jc w:val="both"/>
        <w:rPr>
          <w:sz w:val="26"/>
          <w:szCs w:val="26"/>
        </w:rPr>
      </w:pPr>
      <w:r w:rsidRPr="00736BEF">
        <w:rPr>
          <w:sz w:val="26"/>
          <w:szCs w:val="26"/>
        </w:rPr>
        <w:t>Thí sinh chịu trách nhiệm về tính chính xác, hợp lệ của hồ sơ và phải đáp ứng đầy đủ các điều kiện tuyển sinh theo quy định hiện hành và thông báo của Trường Đại học Đại Nam</w:t>
      </w:r>
      <w:r w:rsidR="00644EDA">
        <w:rPr>
          <w:sz w:val="26"/>
          <w:szCs w:val="26"/>
        </w:rPr>
        <w:t>.</w:t>
      </w:r>
      <w:r w:rsidR="00644EDA" w:rsidRPr="00736BEF">
        <w:rPr>
          <w:sz w:val="26"/>
          <w:szCs w:val="26"/>
        </w:rPr>
        <w:t xml:space="preserve"> </w:t>
      </w:r>
    </w:p>
    <w:sectPr w:rsidR="00B16278" w:rsidRPr="00736BEF" w:rsidSect="00736BEF">
      <w:footerReference w:type="default" r:id="rId8"/>
      <w:pgSz w:w="12240" w:h="15840"/>
      <w:pgMar w:top="1134" w:right="1134" w:bottom="1134" w:left="1418" w:header="397" w:footer="39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268DAA" w14:textId="77777777" w:rsidR="002C4704" w:rsidRDefault="002C4704">
      <w:pPr>
        <w:spacing w:line="240" w:lineRule="auto"/>
      </w:pPr>
      <w:r>
        <w:separator/>
      </w:r>
    </w:p>
  </w:endnote>
  <w:endnote w:type="continuationSeparator" w:id="0">
    <w:p w14:paraId="0C978894" w14:textId="77777777" w:rsidR="002C4704" w:rsidRDefault="002C47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9F2EA4" w14:textId="77777777" w:rsidR="00A96F0C" w:rsidRPr="00D0254F" w:rsidRDefault="00000000">
    <w:pPr>
      <w:pStyle w:val="Footer"/>
      <w:jc w:val="center"/>
      <w:rPr>
        <w:sz w:val="22"/>
      </w:rPr>
    </w:pPr>
    <w:r w:rsidRPr="00D0254F">
      <w:rPr>
        <w:sz w:val="22"/>
      </w:rPr>
      <w:t xml:space="preserve">Trang </w:t>
    </w:r>
    <w:r w:rsidRPr="00D0254F">
      <w:rPr>
        <w:sz w:val="22"/>
      </w:rPr>
      <w:fldChar w:fldCharType="begin"/>
    </w:r>
    <w:r w:rsidRPr="00D0254F">
      <w:rPr>
        <w:sz w:val="22"/>
      </w:rPr>
      <w:instrText>PAGE</w:instrText>
    </w:r>
    <w:r w:rsidRPr="00D0254F">
      <w:rPr>
        <w:sz w:val="22"/>
      </w:rPr>
      <w:fldChar w:fldCharType="separate"/>
    </w:r>
    <w:r w:rsidR="00E8126F" w:rsidRPr="00D0254F">
      <w:rPr>
        <w:noProof/>
        <w:sz w:val="22"/>
      </w:rPr>
      <w:t>1</w:t>
    </w:r>
    <w:r w:rsidRPr="00D0254F">
      <w:rPr>
        <w:sz w:val="22"/>
      </w:rPr>
      <w:fldChar w:fldCharType="end"/>
    </w:r>
    <w:r w:rsidRPr="00D0254F">
      <w:rPr>
        <w:sz w:val="22"/>
      </w:rPr>
      <w:t xml:space="preserve"> / </w:t>
    </w:r>
    <w:r w:rsidRPr="00D0254F">
      <w:rPr>
        <w:sz w:val="22"/>
      </w:rPr>
      <w:fldChar w:fldCharType="begin"/>
    </w:r>
    <w:r w:rsidRPr="00D0254F">
      <w:rPr>
        <w:sz w:val="22"/>
      </w:rPr>
      <w:instrText>NUMPAGES</w:instrText>
    </w:r>
    <w:r w:rsidRPr="00D0254F">
      <w:rPr>
        <w:sz w:val="22"/>
      </w:rPr>
      <w:fldChar w:fldCharType="separate"/>
    </w:r>
    <w:r w:rsidR="00E8126F" w:rsidRPr="00D0254F">
      <w:rPr>
        <w:noProof/>
        <w:sz w:val="22"/>
      </w:rPr>
      <w:t>2</w:t>
    </w:r>
    <w:r w:rsidRPr="00D0254F">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BC48" w14:textId="77777777" w:rsidR="002C4704" w:rsidRDefault="002C4704">
      <w:pPr>
        <w:spacing w:line="240" w:lineRule="auto"/>
      </w:pPr>
      <w:r>
        <w:separator/>
      </w:r>
    </w:p>
  </w:footnote>
  <w:footnote w:type="continuationSeparator" w:id="0">
    <w:p w14:paraId="6639537E" w14:textId="77777777" w:rsidR="002C4704" w:rsidRDefault="002C470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94743844">
    <w:abstractNumId w:val="8"/>
  </w:num>
  <w:num w:numId="2" w16cid:durableId="2019041160">
    <w:abstractNumId w:val="6"/>
  </w:num>
  <w:num w:numId="3" w16cid:durableId="1357732948">
    <w:abstractNumId w:val="5"/>
  </w:num>
  <w:num w:numId="4" w16cid:durableId="691541694">
    <w:abstractNumId w:val="4"/>
  </w:num>
  <w:num w:numId="5" w16cid:durableId="1991329591">
    <w:abstractNumId w:val="7"/>
  </w:num>
  <w:num w:numId="6" w16cid:durableId="918176081">
    <w:abstractNumId w:val="3"/>
  </w:num>
  <w:num w:numId="7" w16cid:durableId="1209343751">
    <w:abstractNumId w:val="2"/>
  </w:num>
  <w:num w:numId="8" w16cid:durableId="383414240">
    <w:abstractNumId w:val="1"/>
  </w:num>
  <w:num w:numId="9" w16cid:durableId="15186211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2343D"/>
    <w:rsid w:val="0015074B"/>
    <w:rsid w:val="00234155"/>
    <w:rsid w:val="0029639D"/>
    <w:rsid w:val="002A683A"/>
    <w:rsid w:val="002C4704"/>
    <w:rsid w:val="00303E76"/>
    <w:rsid w:val="00326F90"/>
    <w:rsid w:val="00433621"/>
    <w:rsid w:val="004759D1"/>
    <w:rsid w:val="00644EDA"/>
    <w:rsid w:val="00686347"/>
    <w:rsid w:val="006B67AD"/>
    <w:rsid w:val="00715161"/>
    <w:rsid w:val="00736BEF"/>
    <w:rsid w:val="00786F66"/>
    <w:rsid w:val="00816425"/>
    <w:rsid w:val="00A96F0C"/>
    <w:rsid w:val="00AA1D8D"/>
    <w:rsid w:val="00B16278"/>
    <w:rsid w:val="00B47730"/>
    <w:rsid w:val="00CB0664"/>
    <w:rsid w:val="00CE58DF"/>
    <w:rsid w:val="00CF18C6"/>
    <w:rsid w:val="00D0254F"/>
    <w:rsid w:val="00D74627"/>
    <w:rsid w:val="00E8126F"/>
    <w:rsid w:val="00EE0A9A"/>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77FBEF0"/>
  <w14:defaultImageDpi w14:val="300"/>
  <w15:docId w15:val="{2DD70003-7C17-469D-ABA5-DD24389B0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471</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Thông báo điểm trúng tuyển đại học chính quy năm 2026 - Trường Đại học Đại Nam</vt:lpstr>
    </vt:vector>
  </TitlesOfParts>
  <Manager/>
  <Company/>
  <LinksUpToDate>false</LinksUpToDate>
  <CharactersWithSpaces>3150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Thông báo điểm trúng tuyển đại học chính quy năm 2026 - Trường Đại học Đại Nam</dc:title>
  <dc:subject>Điểm chuẩn tuyển sinh đại học chính quy năm 2026</dc:subject>
  <dc:creator>Trường Đại học Đại Nam</dc:creator>
  <cp:keywords/>
  <dc:description>generated by python-docx</dc:description>
  <cp:lastModifiedBy>X13 gen 2</cp:lastModifiedBy>
  <cp:revision>2</cp:revision>
  <dcterms:created xsi:type="dcterms:W3CDTF">2026-08-10T04:25:00Z</dcterms:created>
  <dcterms:modified xsi:type="dcterms:W3CDTF">2026-08-10T04:25:00Z</dcterms:modified>
  <cp:category/>
</cp:coreProperties>
</file>